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498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3168" w:right="3168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0"/>
          <w:u w:val="single"/>
        </w:rPr>
        <w:t>YOUR COMPANY NAME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Prov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i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der of Healthcare Personnel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Phone number and email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www.companywebsite.com </w:t>
      </w:r>
    </w:p>
    <w:p>
      <w:pPr>
        <w:widowControl/>
        <w:autoSpaceDE w:val="0"/>
        <w:autoSpaceDN w:val="0"/>
        <w:spacing w:line="240" w:lineRule="auto" w:before="880" w:after="0"/>
        <w:ind w:left="0" w:right="0" w:firstLine="0"/>
        <w:jc w:val="center"/>
      </w:pPr>
      <w:r>
        <w:rPr>
          <w:rFonts w:ascii="Arial Narrow" w:hAnsi="Arial Narrow" w:eastAsia="Arial Narrow"/>
          <w:b/>
          <w:i w:val="0"/>
          <w:color w:val="000000"/>
          <w:sz w:val="28"/>
        </w:rPr>
        <w:t xml:space="preserve">Background Check Consent Form </w:t>
      </w:r>
    </w:p>
    <w:p>
      <w:pPr>
        <w:widowControl/>
        <w:autoSpaceDE w:val="0"/>
        <w:autoSpaceDN w:val="0"/>
        <w:spacing w:line="245" w:lineRule="auto" w:before="506" w:after="0"/>
        <w:ind w:left="360" w:right="28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I hereby authorize _____________ to receive any criminal history on file pertaining to me from any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federal, state or local criminal justice agency. </w:t>
      </w:r>
    </w:p>
    <w:p>
      <w:pPr>
        <w:widowControl/>
        <w:tabs>
          <w:tab w:pos="1068" w:val="left"/>
        </w:tabs>
        <w:autoSpaceDE w:val="0"/>
        <w:autoSpaceDN w:val="0"/>
        <w:spacing w:line="290" w:lineRule="auto" w:before="510" w:after="0"/>
        <w:ind w:left="360" w:right="100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________________________________________________________________________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(Print Full Name) </w:t>
      </w:r>
    </w:p>
    <w:p>
      <w:pPr>
        <w:widowControl/>
        <w:tabs>
          <w:tab w:pos="1068" w:val="left"/>
          <w:tab w:pos="7450" w:val="left"/>
        </w:tabs>
        <w:autoSpaceDE w:val="0"/>
        <w:autoSpaceDN w:val="0"/>
        <w:spacing w:line="290" w:lineRule="auto" w:before="510" w:after="0"/>
        <w:ind w:left="360" w:right="100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________________________________________________________________________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(Signature)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 (Date) </w:t>
      </w:r>
    </w:p>
    <w:p>
      <w:pPr>
        <w:widowControl/>
        <w:tabs>
          <w:tab w:pos="1068" w:val="left"/>
        </w:tabs>
        <w:autoSpaceDE w:val="0"/>
        <w:autoSpaceDN w:val="0"/>
        <w:spacing w:line="290" w:lineRule="auto" w:before="508" w:after="0"/>
        <w:ind w:left="360" w:right="100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________________________________________________________________________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(Street Address) </w:t>
      </w:r>
    </w:p>
    <w:p>
      <w:pPr>
        <w:widowControl/>
        <w:autoSpaceDE w:val="0"/>
        <w:autoSpaceDN w:val="0"/>
        <w:spacing w:line="240" w:lineRule="auto" w:before="510" w:after="58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________________________________________________________________________ </w:t>
      </w:r>
    </w:p>
    <w:tbl>
      <w:tblPr>
        <w:tblW w:type="auto" w:w="0"/>
        <w:tblInd w:w="180.0" w:type="dxa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rHeight w:hRule="exact" w:val="392"/>
        </w:trPr>
        <w:tc>
          <w:tcPr>
            <w:tcW w:type="dxa" w:w="256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58" w:after="0"/>
              <w:ind w:left="180" w:right="0" w:firstLine="0"/>
              <w:jc w:val="left"/>
            </w:pPr>
            <w:r>
              <w:rPr>
                <w:rFonts w:ascii="Arial Narrow" w:hAnsi="Arial Narrow" w:eastAsia="Arial Narrow"/>
                <w:b w:val="0"/>
                <w:i w:val="0"/>
                <w:color w:val="000000"/>
                <w:sz w:val="24"/>
              </w:rPr>
              <w:t xml:space="preserve">(City) </w:t>
            </w:r>
          </w:p>
        </w:tc>
        <w:tc>
          <w:tcPr>
            <w:tcW w:type="dxa" w:w="36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58" w:after="0"/>
              <w:ind w:left="0" w:right="1082" w:firstLine="0"/>
              <w:jc w:val="right"/>
            </w:pPr>
            <w:r>
              <w:rPr>
                <w:rFonts w:ascii="Arial Narrow" w:hAnsi="Arial Narrow" w:eastAsia="Arial Narrow"/>
                <w:b w:val="0"/>
                <w:i w:val="0"/>
                <w:color w:val="000000"/>
                <w:sz w:val="24"/>
              </w:rPr>
              <w:t xml:space="preserve">(State) </w:t>
            </w:r>
          </w:p>
        </w:tc>
        <w:tc>
          <w:tcPr>
            <w:tcW w:type="dxa" w:w="22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58" w:after="0"/>
              <w:ind w:left="0" w:right="708" w:firstLine="0"/>
              <w:jc w:val="right"/>
            </w:pPr>
            <w:r>
              <w:rPr>
                <w:rFonts w:ascii="Arial Narrow" w:hAnsi="Arial Narrow" w:eastAsia="Arial Narrow"/>
                <w:b w:val="0"/>
                <w:i w:val="0"/>
                <w:color w:val="000000"/>
                <w:sz w:val="24"/>
              </w:rPr>
              <w:t xml:space="preserve">(Zip) </w:t>
            </w:r>
          </w:p>
        </w:tc>
      </w:tr>
    </w:tbl>
    <w:p>
      <w:pPr>
        <w:widowControl/>
        <w:tabs>
          <w:tab w:pos="1778" w:val="left"/>
        </w:tabs>
        <w:autoSpaceDE w:val="0"/>
        <w:autoSpaceDN w:val="0"/>
        <w:spacing w:line="290" w:lineRule="auto" w:before="450" w:after="0"/>
        <w:ind w:left="360" w:right="100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________________________________________________________________________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*(Sex) </w:t>
      </w: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*(Race) *(DOB) *(Social Security Number) </w:t>
      </w:r>
    </w:p>
    <w:p>
      <w:pPr>
        <w:widowControl/>
        <w:autoSpaceDE w:val="0"/>
        <w:autoSpaceDN w:val="0"/>
        <w:spacing w:line="240" w:lineRule="auto" w:before="50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* The above information is necessary to retrieve criminal history information.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440" w:bottom="1440" w:left="144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