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240" w:lineRule="auto" w:before="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4"/>
        </w:rPr>
        <w:t xml:space="preserve">SAMPLE OF BACKGROUND CONSENT FORM </w:t>
      </w:r>
    </w:p>
    <w:p>
      <w:pPr>
        <w:widowControl/>
        <w:autoSpaceDE w:val="0"/>
        <w:autoSpaceDN w:val="0"/>
        <w:spacing w:line="238" w:lineRule="auto" w:before="512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4"/>
        </w:rPr>
        <w:t xml:space="preserve">REQUEST, AUTHORIZATION, CONSENT &amp; RELEASE FOR </w:t>
      </w:r>
    </w:p>
    <w:p>
      <w:pPr>
        <w:widowControl/>
        <w:autoSpaceDE w:val="0"/>
        <w:autoSpaceDN w:val="0"/>
        <w:spacing w:line="240" w:lineRule="auto" w:before="118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4"/>
        </w:rPr>
        <w:t xml:space="preserve">INVESTIGATIVE BACKGROUND INFORMATION </w:t>
      </w:r>
    </w:p>
    <w:p>
      <w:pPr>
        <w:widowControl/>
        <w:autoSpaceDE w:val="0"/>
        <w:autoSpaceDN w:val="0"/>
        <w:spacing w:line="245" w:lineRule="auto" w:before="508" w:after="0"/>
        <w:ind w:left="360" w:right="432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 understand that in processing my application, </w:t>
      </w:r>
      <w:r>
        <w:rPr>
          <w:rFonts w:ascii="Arial Narrow" w:hAnsi="Arial Narrow" w:eastAsia="Arial Narrow"/>
          <w:b w:val="0"/>
          <w:i w:val="0"/>
          <w:color w:val="000000"/>
          <w:sz w:val="24"/>
          <w:u w:val="single"/>
        </w:rPr>
        <w:t xml:space="preserve">YOUR COMPANY NAME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may procure an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investigative background report on me. Information for this report may be obtained through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personal interview(s), a review of information held by law enforcement or governmental agencies,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present or former employer(s), school(s), financial institution(s), or other persons having personal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knowledge about me. </w:t>
      </w:r>
    </w:p>
    <w:p>
      <w:pPr>
        <w:widowControl/>
        <w:autoSpaceDE w:val="0"/>
        <w:autoSpaceDN w:val="0"/>
        <w:spacing w:line="245" w:lineRule="auto" w:before="512" w:after="0"/>
        <w:ind w:left="360" w:right="432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I further understand that 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 xml:space="preserve">YOUR COMPANY NAME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>will use the services of (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>Investigative Company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), as an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agent to procure this report. </w:t>
      </w:r>
    </w:p>
    <w:p>
      <w:pPr>
        <w:widowControl/>
        <w:autoSpaceDE w:val="0"/>
        <w:autoSpaceDN w:val="0"/>
        <w:spacing w:line="245" w:lineRule="auto" w:before="508" w:after="0"/>
        <w:ind w:left="360" w:right="28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These above mention reports may include but are not limited to information as to my character, general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reputation, and personal characteristics, motor vehicle records, criminal records, current and former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employers, military records, education records, professional and personal references.  request, authorize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and consent to the release and disclosure of any and all information including but not limited to the above to, 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 xml:space="preserve">YOUR COMPANY NAME 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>and  (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>Investigative Company.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) </w:t>
      </w:r>
    </w:p>
    <w:p>
      <w:pPr>
        <w:widowControl/>
        <w:autoSpaceDE w:val="0"/>
        <w:autoSpaceDN w:val="0"/>
        <w:spacing w:line="245" w:lineRule="auto" w:before="508" w:after="0"/>
        <w:ind w:left="360" w:right="28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This authorization in original or copy from shall be valid for one year from the date indicated next to my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signature. According to the Fair Credit Reporting Act, 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 xml:space="preserve">YOUR COMPANY NAME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will notify me if employment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is denied because of information obtained from a Consumer Reporting Agency. Additionally, I understand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>that upon written request to (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>Investigative Company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) within a reasonable amount of time after the date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indicated below, I will b given a full and accurate disclosure as to the nature and substance of all information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provided to </w:t>
      </w:r>
      <w:r>
        <w:rPr>
          <w:rFonts w:ascii="Arial Narrow" w:hAnsi="Arial Narrow" w:eastAsia="Arial Narrow"/>
          <w:b w:val="0"/>
          <w:i w:val="0"/>
          <w:color w:val="000000"/>
          <w:sz w:val="22"/>
          <w:u w:val="single"/>
        </w:rPr>
        <w:t xml:space="preserve">Your Business Name Here.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I further understand that when requesting a copy of the report, </w:t>
      </w: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proper identification will be required and I should direct my request to: </w:t>
      </w:r>
    </w:p>
    <w:p>
      <w:pPr>
        <w:widowControl/>
        <w:autoSpaceDE w:val="0"/>
        <w:autoSpaceDN w:val="0"/>
        <w:spacing w:line="238" w:lineRule="auto" w:before="116" w:after="0"/>
        <w:ind w:left="0" w:right="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Business Name of the Investigative Company </w:t>
      </w:r>
    </w:p>
    <w:p>
      <w:pPr>
        <w:widowControl/>
        <w:autoSpaceDE w:val="0"/>
        <w:autoSpaceDN w:val="0"/>
        <w:spacing w:line="240" w:lineRule="auto" w:before="116" w:after="0"/>
        <w:ind w:left="0" w:right="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Street Address </w:t>
      </w:r>
    </w:p>
    <w:p>
      <w:pPr>
        <w:widowControl/>
        <w:autoSpaceDE w:val="0"/>
        <w:autoSpaceDN w:val="0"/>
        <w:spacing w:line="240" w:lineRule="auto" w:before="116" w:after="0"/>
        <w:ind w:left="0" w:right="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City, State, Postal Code </w:t>
      </w:r>
    </w:p>
    <w:p>
      <w:pPr>
        <w:widowControl/>
        <w:autoSpaceDE w:val="0"/>
        <w:autoSpaceDN w:val="0"/>
        <w:spacing w:line="240" w:lineRule="auto" w:before="116" w:after="0"/>
        <w:ind w:left="0" w:right="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Phone Number </w:t>
      </w:r>
    </w:p>
    <w:p>
      <w:pPr>
        <w:widowControl/>
        <w:autoSpaceDE w:val="0"/>
        <w:autoSpaceDN w:val="0"/>
        <w:spacing w:line="245" w:lineRule="auto" w:before="2028" w:after="0"/>
        <w:ind w:left="360" w:right="576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This consumer authorization serves as the required, stand alone, consumer notification that a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report may be requested and used for the purpose of evaluating me for employment, promotion, </w:t>
      </w:r>
    </w:p>
    <w:p>
      <w:pPr>
        <w:widowControl/>
        <w:autoSpaceDE w:val="0"/>
        <w:autoSpaceDN w:val="0"/>
        <w:spacing w:line="266" w:lineRule="exact" w:before="290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background check consent form1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496"/>
        <w:ind w:left="0" w:right="0"/>
      </w:pPr>
    </w:p>
    <w:p>
      <w:pPr>
        <w:widowControl/>
        <w:autoSpaceDE w:val="0"/>
        <w:autoSpaceDN w:val="0"/>
        <w:spacing w:line="238" w:lineRule="auto" w:before="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reassignment, or retention as an employee. </w:t>
      </w:r>
    </w:p>
    <w:p>
      <w:pPr>
        <w:widowControl/>
        <w:autoSpaceDE w:val="0"/>
        <w:autoSpaceDN w:val="0"/>
        <w:spacing w:line="238" w:lineRule="auto" w:before="51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I understand that any decision to hire me is contingent upon the results of an investigator report.  I further </w:t>
      </w:r>
    </w:p>
    <w:p>
      <w:pPr>
        <w:widowControl/>
        <w:autoSpaceDE w:val="0"/>
        <w:autoSpaceDN w:val="0"/>
        <w:spacing w:line="240" w:lineRule="auto" w:before="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understand that misrepresentation or omission of information will be sufficient cause, in and of itself, for </w:t>
      </w:r>
    </w:p>
    <w:p>
      <w:pPr>
        <w:widowControl/>
        <w:autoSpaceDE w:val="0"/>
        <w:autoSpaceDN w:val="0"/>
        <w:spacing w:line="240" w:lineRule="auto" w:before="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rejection or dismissal whenever discovered. </w:t>
      </w:r>
    </w:p>
    <w:p>
      <w:pPr>
        <w:widowControl/>
        <w:autoSpaceDE w:val="0"/>
        <w:autoSpaceDN w:val="0"/>
        <w:spacing w:line="238" w:lineRule="auto" w:before="50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Please provide me with a copy of my background investigation report     Yes     No </w:t>
      </w:r>
    </w:p>
    <w:p>
      <w:pPr>
        <w:widowControl/>
        <w:autoSpaceDE w:val="0"/>
        <w:autoSpaceDN w:val="0"/>
        <w:spacing w:line="240" w:lineRule="auto" w:before="50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Print Name: ______________________________________________________ </w:t>
      </w:r>
    </w:p>
    <w:p>
      <w:pPr>
        <w:widowControl/>
        <w:autoSpaceDE w:val="0"/>
        <w:autoSpaceDN w:val="0"/>
        <w:spacing w:line="238" w:lineRule="auto" w:before="50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List former names under which you have been employed: </w:t>
      </w:r>
    </w:p>
    <w:p>
      <w:pPr>
        <w:widowControl/>
        <w:autoSpaceDE w:val="0"/>
        <w:autoSpaceDN w:val="0"/>
        <w:spacing w:line="238" w:lineRule="auto" w:before="11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 ___________________________________ </w:t>
      </w:r>
    </w:p>
    <w:p>
      <w:pPr>
        <w:widowControl/>
        <w:autoSpaceDE w:val="0"/>
        <w:autoSpaceDN w:val="0"/>
        <w:spacing w:line="238" w:lineRule="auto" w:before="50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2"/>
        </w:rPr>
        <w:t xml:space="preserve">Signature: _____________________________________ Date:______________________ </w:t>
      </w:r>
    </w:p>
    <w:p>
      <w:pPr>
        <w:widowControl/>
        <w:autoSpaceDE w:val="0"/>
        <w:autoSpaceDN w:val="0"/>
        <w:spacing w:line="266" w:lineRule="exact" w:before="7748" w:after="0"/>
        <w:ind w:left="0" w:right="298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background check consent form1 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