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90"/>
        <w:gridCol w:w="6110"/>
      </w:tblGrid>
      <w:tr>
        <w:tc>
          <w:tcPr>
            <w:tcW w:type="dxa" w:w="3290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10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24"/>
        <w:ind w:left="0" w:right="0"/>
      </w:pPr>
    </w:p>
    <w:p>
      <w:pPr>
        <w:widowControl/>
        <w:autoSpaceDE w:val="0"/>
        <w:autoSpaceDN w:val="0"/>
        <w:spacing w:line="305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Dear Client's Name: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It was a pleasure speaking to you and I appreciate the opportunity to share a information about </w:t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the team ABC RECRUITING COMPANY. </w:t>
      </w:r>
      <w:r>
        <w:rPr>
          <w:rFonts w:ascii="Calibri" w:hAnsi="Calibri" w:eastAsia="Calibri"/>
          <w:b w:val="0"/>
          <w:i w:val="0"/>
          <w:color w:val="000000"/>
          <w:sz w:val="24"/>
        </w:rPr>
        <w:hyperlink r:id="rId9" w:history="1">
          <w:r>
            <w:rPr>
              <w:rStyle w:val="Hyperlink"/>
            </w:rPr>
            <w:t>(</w:t>
          </w:r>
        </w:hyperlink>
      </w:r>
      <w:r>
        <w:rPr>
          <w:rFonts w:ascii="Calibri" w:hAnsi="Calibri" w:eastAsia="Calibri"/>
          <w:b w:val="0"/>
          <w:i w:val="0"/>
          <w:color w:val="0000FF"/>
          <w:sz w:val="24"/>
          <w:u w:val="single"/>
        </w:rPr>
        <w:hyperlink r:id="rId9" w:history="1">
          <w:r>
            <w:rPr>
              <w:rStyle w:val="Hyperlink"/>
            </w:rPr>
            <w:t>www.yourwebsite.com</w:t>
          </w:r>
        </w:hyperlink>
      </w:r>
      <w:r>
        <w:rPr>
          <w:rFonts w:ascii="Calibri" w:hAnsi="Calibri" w:eastAsia="Calibri"/>
          <w:b w:val="0"/>
          <w:i w:val="0"/>
          <w:color w:val="000000"/>
          <w:sz w:val="24"/>
        </w:rPr>
        <w:hyperlink r:id="rId9" w:history="1">
          <w:r>
            <w:rPr>
              <w:rStyle w:val="Hyperlink"/>
            </w:rPr>
            <w:t>)</w:t>
          </w:r>
        </w:hyperlink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. </w:t>
      </w:r>
    </w:p>
    <w:p>
      <w:pPr>
        <w:widowControl/>
        <w:autoSpaceDE w:val="0"/>
        <w:autoSpaceDN w:val="0"/>
        <w:spacing w:line="197" w:lineRule="auto" w:before="346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As discussed, here is information summarizing our conversation concerning fee structures. </w:t>
      </w:r>
    </w:p>
    <w:p>
      <w:pPr>
        <w:widowControl/>
        <w:autoSpaceDE w:val="0"/>
        <w:autoSpaceDN w:val="0"/>
        <w:spacing w:line="410" w:lineRule="auto" w:before="346" w:after="0"/>
        <w:ind w:left="0" w:right="576" w:firstLine="0"/>
        <w:jc w:val="left"/>
      </w:pPr>
      <w:r>
        <w:rPr>
          <w:rFonts w:ascii="Calibri" w:hAnsi="Calibri" w:eastAsia="Calibri"/>
          <w:b/>
          <w:i w:val="0"/>
          <w:color w:val="000000"/>
          <w:sz w:val="24"/>
        </w:rPr>
        <w:t xml:space="preserve">Place your information here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If you have any additional questions please do not hesitate to call me at ___ - ___ - _____ </w:t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Sincerely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YOUR SIGNATURE </w:t>
      </w:r>
    </w:p>
    <w:p>
      <w:pPr>
        <w:widowControl/>
        <w:autoSpaceDE w:val="0"/>
        <w:autoSpaceDN w:val="0"/>
        <w:spacing w:line="199" w:lineRule="auto" w:before="572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16"/>
        </w:rPr>
        <w:t xml:space="preserve">******PLEASE NOTE ******   This E-Mail message and any documents accompanying this transmission may contain privileged and/or </w:t>
      </w:r>
    </w:p>
    <w:p>
      <w:pPr>
        <w:widowControl/>
        <w:autoSpaceDE w:val="0"/>
        <w:autoSpaceDN w:val="0"/>
        <w:spacing w:line="197" w:lineRule="auto" w:before="34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16"/>
        </w:rPr>
        <w:t xml:space="preserve">confidential information and is intended solely for the addressee(s) named above.  If you are not the intended addressee/recipient, you are </w:t>
      </w:r>
    </w:p>
    <w:p>
      <w:pPr>
        <w:widowControl/>
        <w:autoSpaceDE w:val="0"/>
        <w:autoSpaceDN w:val="0"/>
        <w:spacing w:line="197" w:lineRule="auto" w:before="36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16"/>
        </w:rPr>
        <w:t xml:space="preserve">hereby notified that any use of, disclosure, copying, distribution, or reliance on the contents of this E-Mail information is strictly prohibited and </w:t>
      </w:r>
    </w:p>
    <w:p>
      <w:pPr>
        <w:widowControl/>
        <w:autoSpaceDE w:val="0"/>
        <w:autoSpaceDN w:val="0"/>
        <w:spacing w:line="199" w:lineRule="auto" w:before="34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16"/>
        </w:rPr>
        <w:t xml:space="preserve">may result in legal action against you.  Please reply to the sender advising of the error in transmission and immediately delete/destroy the </w:t>
      </w:r>
    </w:p>
    <w:p>
      <w:pPr>
        <w:widowControl/>
        <w:autoSpaceDE w:val="0"/>
        <w:autoSpaceDN w:val="0"/>
        <w:spacing w:line="199" w:lineRule="auto" w:before="32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16"/>
        </w:rPr>
        <w:t xml:space="preserve">message and any accompanying documents. Thank you. </w:t>
      </w:r>
    </w:p>
    <w:sectPr w:rsidR="00FC693F" w:rsidRPr="0006063C" w:rsidSect="00034616">
      <w:headerReference w:type="default" r:id="rId10"/>
      <w:headerReference w:type="first" r:id="rId13"/>
      <w:footerReference w:type="default" r:id="rId11"/>
      <w:pgSz w:w="12240" w:h="15840"/>
      <w:pgMar w:top="1720" w:right="140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60"/>
      <w:gridCol w:w="1880"/>
      <w:gridCol w:w="3760"/>
    </w:tblGrid>
    <w:tr>
      <w:tc>
        <w:tcPr>
          <w:tcW w:type="dxa" w:w="376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80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6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90"/>
      <w:gridCol w:w="6110"/>
    </w:tblGrid>
    <w:tr>
      <w:tc>
        <w:tcPr>
          <w:tcW w:type="dxa" w:w="3290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10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www.yourwebsite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