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728"/>
        <w:gridCol w:w="6924"/>
      </w:tblGrid>
      <w:tr>
        <w:tc>
          <w:tcPr>
            <w:tcW w:type="dxa" w:w="3728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2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68"/>
        <w:ind w:left="0" w:right="0"/>
      </w:pPr>
    </w:p>
    <w:p>
      <w:pPr>
        <w:widowControl/>
        <w:tabs>
          <w:tab w:pos="3714" w:val="left"/>
        </w:tabs>
        <w:autoSpaceDE w:val="0"/>
        <w:autoSpaceDN w:val="0"/>
        <w:spacing w:line="420" w:lineRule="exact" w:before="0" w:after="0"/>
        <w:ind w:left="0" w:right="3456" w:firstLine="0"/>
        <w:jc w:val="left"/>
      </w:pPr>
      <w:r>
        <w:tab/>
      </w:r>
      <w:r>
        <w:rPr>
          <w:rFonts w:ascii="Arial,Bold" w:hAnsi="Arial,Bold" w:eastAsia="Arial,Bold"/>
          <w:b/>
          <w:i w:val="0"/>
          <w:color w:val="000000"/>
          <w:sz w:val="24"/>
        </w:rPr>
        <w:t xml:space="preserve">ABC RECRUITING COMPANY </w:t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Date </w:t>
      </w:r>
    </w:p>
    <w:p>
      <w:pPr>
        <w:widowControl/>
        <w:autoSpaceDE w:val="0"/>
        <w:autoSpaceDN w:val="0"/>
        <w:spacing w:line="245" w:lineRule="auto" w:before="640" w:after="0"/>
        <w:ind w:left="0" w:right="604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Candidate Name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Address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City/Town, State/Province, Zip or Postal Code </w:t>
      </w:r>
    </w:p>
    <w:p>
      <w:pPr>
        <w:widowControl/>
        <w:autoSpaceDE w:val="0"/>
        <w:autoSpaceDN w:val="0"/>
        <w:spacing w:line="305" w:lineRule="auto" w:before="63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Dear ___________: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Congratulations on your new position with </w:t>
      </w:r>
      <w:r>
        <w:rPr>
          <w:rFonts w:ascii="Calibri" w:hAnsi="Calibri" w:eastAsia="Calibri"/>
          <w:b w:val="0"/>
          <w:i w:val="0"/>
          <w:color w:val="000000"/>
          <w:sz w:val="24"/>
          <w:u w:val="single"/>
        </w:rPr>
        <w:t>(Facility Name)</w:t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.  You have made a great decision and are going to </w:t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be a truly valuable asset to the team. Please stay in touch – I want to hear how the job is going! </w:t>
      </w:r>
    </w:p>
    <w:p>
      <w:pPr>
        <w:widowControl/>
        <w:autoSpaceDE w:val="0"/>
        <w:autoSpaceDN w:val="0"/>
        <w:spacing w:line="197" w:lineRule="auto" w:before="346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Wishing you the best of luck and a great deal of success in your new position. </w:t>
      </w:r>
    </w:p>
    <w:p>
      <w:pPr>
        <w:widowControl/>
        <w:autoSpaceDE w:val="0"/>
        <w:autoSpaceDN w:val="0"/>
        <w:spacing w:line="386" w:lineRule="auto" w:before="346" w:after="0"/>
        <w:ind w:left="0" w:right="86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Sincerely,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YOUR NAME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</w:rPr>
        <w:t xml:space="preserve">P. S. If you know of anyone with whom I can network, please have them contact me at __________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868" w:bottom="1440" w:left="72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261"/>
      <w:gridCol w:w="2130"/>
      <w:gridCol w:w="4261"/>
    </w:tblGrid>
    <w:tr>
      <w:tc>
        <w:tcPr>
          <w:tcW w:type="dxa" w:w="4261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30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261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28"/>
      <w:gridCol w:w="6924"/>
    </w:tblGrid>
    <w:tr>
      <w:tc>
        <w:tcPr>
          <w:tcW w:type="dxa" w:w="3728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2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