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668"/>
        <w:gridCol w:w="6812"/>
      </w:tblGrid>
      <w:tr>
        <w:tc>
          <w:tcPr>
            <w:tcW w:type="dxa" w:w="3668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12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456"/>
        <w:ind w:left="0" w:right="0"/>
      </w:pPr>
    </w:p>
    <w:p>
      <w:pPr>
        <w:widowControl/>
        <w:autoSpaceDE w:val="0"/>
        <w:autoSpaceDN w:val="0"/>
        <w:spacing w:line="197" w:lineRule="auto" w:before="0" w:after="0"/>
        <w:ind w:left="0" w:right="3384" w:firstLine="0"/>
        <w:jc w:val="right"/>
      </w:pPr>
      <w:r>
        <w:rPr>
          <w:rFonts w:ascii="Calibri" w:hAnsi="Calibri" w:eastAsia="Calibri"/>
          <w:b/>
          <w:i w:val="0"/>
          <w:color w:val="000000"/>
          <w:sz w:val="28"/>
        </w:rPr>
        <w:t xml:space="preserve">ABC RECRUITING COMPANY </w:t>
      </w:r>
    </w:p>
    <w:p>
      <w:pPr>
        <w:widowControl/>
        <w:autoSpaceDE w:val="0"/>
        <w:autoSpaceDN w:val="0"/>
        <w:spacing w:line="248" w:lineRule="exact" w:before="1122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Date </w:t>
      </w:r>
    </w:p>
    <w:p>
      <w:pPr>
        <w:widowControl/>
        <w:autoSpaceDE w:val="0"/>
        <w:autoSpaceDN w:val="0"/>
        <w:spacing w:line="254" w:lineRule="exact" w:before="274" w:after="0"/>
        <w:ind w:left="0" w:right="590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Name </w:t>
      </w:r>
      <w:r>
        <w:br/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Company Name </w:t>
      </w:r>
      <w:r>
        <w:br/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Address </w:t>
      </w:r>
      <w:r>
        <w:br/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City/Town, State/Province, Zip or Postal Code </w:t>
      </w:r>
    </w:p>
    <w:p>
      <w:pPr>
        <w:widowControl/>
        <w:autoSpaceDE w:val="0"/>
        <w:autoSpaceDN w:val="0"/>
        <w:spacing w:line="246" w:lineRule="exact" w:before="512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Dear ______________: </w:t>
      </w:r>
    </w:p>
    <w:p>
      <w:pPr>
        <w:widowControl/>
        <w:autoSpaceDE w:val="0"/>
        <w:autoSpaceDN w:val="0"/>
        <w:spacing w:line="252" w:lineRule="exact" w:before="256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I am pleased to hear that our candidate, ________________, has accepted a position with your team as a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______________________ starting on __/__/____. </w:t>
      </w:r>
    </w:p>
    <w:p>
      <w:pPr>
        <w:widowControl/>
        <w:autoSpaceDE w:val="0"/>
        <w:autoSpaceDN w:val="0"/>
        <w:spacing w:line="276" w:lineRule="exact" w:before="272" w:after="0"/>
        <w:ind w:left="0" w:right="72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As discussed, the fee is $_______.___ and is due by __/__/____.  Our 90 day replacement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guarantee is contingent upon timely payment of the invoice. </w:t>
      </w:r>
    </w:p>
    <w:p>
      <w:pPr>
        <w:widowControl/>
        <w:autoSpaceDE w:val="0"/>
        <w:autoSpaceDN w:val="0"/>
        <w:spacing w:line="276" w:lineRule="exact" w:before="276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It has been a pleasure to assist you in filling this position and I look forward to working with you on </w:t>
      </w:r>
      <w:r>
        <w:rPr>
          <w:rFonts w:ascii="Arial" w:hAnsi="Arial" w:eastAsia="Arial"/>
          <w:b w:val="0"/>
          <w:i w:val="0"/>
          <w:color w:val="000000"/>
          <w:sz w:val="24"/>
        </w:rPr>
        <w:t xml:space="preserve">any additional personnel requirements. </w:t>
      </w:r>
    </w:p>
    <w:p>
      <w:pPr>
        <w:widowControl/>
        <w:autoSpaceDE w:val="0"/>
        <w:autoSpaceDN w:val="0"/>
        <w:spacing w:line="268" w:lineRule="exact" w:before="560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Sincerely, </w:t>
      </w:r>
    </w:p>
    <w:p>
      <w:pPr>
        <w:widowControl/>
        <w:autoSpaceDE w:val="0"/>
        <w:autoSpaceDN w:val="0"/>
        <w:spacing w:line="268" w:lineRule="exact" w:before="836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YOUR NAME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1040" w:bottom="1440" w:left="72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192"/>
      <w:gridCol w:w="2096"/>
      <w:gridCol w:w="4192"/>
    </w:tblGrid>
    <w:tr>
      <w:tc>
        <w:tcPr>
          <w:tcW w:type="dxa" w:w="4192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09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192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668"/>
      <w:gridCol w:w="6812"/>
    </w:tblGrid>
    <w:tr>
      <w:tc>
        <w:tcPr>
          <w:tcW w:type="dxa" w:w="3668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812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