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Borders>
          <w:top w:val="none" w:sz="0" w:color="auto"/>
          <w:left w:val="none" w:sz="0" w:color="auto"/>
          <w:bottom w:val="none" w:sz="0" w:color="auto"/>
          <w:right w:val="none" w:sz="0" w:color="auto"/>
          <w:insideH w:val="none" w:sz="0" w:color="auto"/>
          <w:insideV w:val="none" w:sz="0" w:color="auto"/>
        </w:tblBorders>
        <w:tblLayout w:type="fixed"/>
        <w:tblLook w:firstColumn="1" w:firstRow="1" w:lastColumn="0" w:lastRow="0" w:noHBand="0" w:noVBand="1" w:val="04A0"/>
      </w:tblPr>
      <w:tblGrid>
        <w:gridCol w:w="3765"/>
        <w:gridCol w:w="6993"/>
      </w:tblGrid>
      <w:tr>
        <w:tc>
          <w:tcPr>
            <w:tcW w:type="dxa" w:w="3765"/>
          </w:tcPr>
          <w:p>
            <w:r>
              <w:drawing>
                <wp:inline xmlns:a="http://schemas.openxmlformats.org/drawingml/2006/main" xmlns:pic="http://schemas.openxmlformats.org/drawingml/2006/picture">
                  <wp:extent cx="960120" cy="330861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0120" cy="3308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993"/>
          </w:tcPr>
          <w:p>
            <w:pPr>
              <w:jc w:val="right"/>
            </w:pPr>
            <w:r>
              <w:rPr>
                <w:rFonts w:ascii="Inter" w:hAnsi="Inter"/>
                <w:b/>
                <w:caps/>
                <w:color w:val="2B2F2D"/>
                <w:spacing w:val="30"/>
                <w:sz w:val="14"/>
              </w:rPr>
              <w:t>Employer of Record · Back Office Services</w:t>
            </w:r>
          </w:p>
          <w:p>
            <w:pPr>
              <w:jc w:val="right"/>
            </w:pPr>
            <w:r>
              <w:rPr>
                <w:rFonts w:ascii="Inter" w:hAnsi="Inter"/>
                <w:b/>
                <w:caps/>
                <w:color w:val="B58500"/>
                <w:spacing w:val="30"/>
                <w:sz w:val="14"/>
              </w:rPr>
              <w:t>Operations · Forms</w:t>
            </w:r>
          </w:p>
        </w:tc>
      </w:tr>
    </w:tbl>
    <w:p>
      <w:pPr>
        <w:pBdr>
          <w:bottom w:val="single" w:sz="14" w:space="1" w:color="FCB900"/>
        </w:pBdr>
        <w:spacing w:before="80" w:after="200"/>
      </w:pPr>
    </w:p>
    <w:p>
      <w:pPr>
        <w:widowControl/>
        <w:autoSpaceDE w:val="0"/>
        <w:autoSpaceDN w:val="0"/>
        <w:spacing w:line="220" w:lineRule="exact" w:before="0" w:after="100"/>
        <w:ind w:left="0" w:right="0"/>
      </w:pPr>
    </w:p>
    <w:p>
      <w:pPr>
        <w:widowControl/>
        <w:autoSpaceDE w:val="0"/>
        <w:autoSpaceDN w:val="0"/>
        <w:spacing w:line="268" w:lineRule="exact" w:before="0" w:after="0"/>
        <w:ind w:left="0" w:right="3082" w:firstLine="0"/>
        <w:jc w:val="right"/>
      </w:pPr>
      <w:r>
        <w:rPr>
          <w:rFonts w:ascii="Arial,Bold" w:hAnsi="Arial,Bold" w:eastAsia="Arial,Bold"/>
          <w:b/>
          <w:i w:val="0"/>
          <w:color w:val="000000"/>
          <w:sz w:val="24"/>
        </w:rPr>
        <w:t xml:space="preserve">DAILY PLANNER    Date: _____________ </w:t>
      </w:r>
    </w:p>
    <w:p>
      <w:pPr>
        <w:widowControl/>
        <w:autoSpaceDE w:val="0"/>
        <w:autoSpaceDN w:val="0"/>
        <w:spacing w:line="268" w:lineRule="exact" w:before="192" w:after="2"/>
        <w:ind w:left="0" w:right="4604" w:firstLine="0"/>
        <w:jc w:val="right"/>
      </w:pPr>
      <w:r>
        <w:rPr>
          <w:rFonts w:ascii="Arial,Bold" w:hAnsi="Arial,Bold" w:eastAsia="Arial,Bold"/>
          <w:b/>
          <w:i w:val="0"/>
          <w:color w:val="000000"/>
          <w:sz w:val="24"/>
        </w:rPr>
        <w:t xml:space="preserve">Daily Plan </w:t>
      </w:r>
    </w:p>
    <w:tbl>
      <w:tblPr>
        <w:tblW w:type="auto" w:w="0"/>
        <w:tblInd w:w="4.000000000000057" w:type="dxa"/>
        <w:tblLayout w:type="fixed"/>
        <w:tblLook w:firstColumn="1" w:firstRow="1" w:lastColumn="0" w:lastRow="0" w:noHBand="0" w:noVBand="1" w:val="04A0"/>
      </w:tblPr>
      <w:tblGrid>
        <w:gridCol w:w="5379"/>
        <w:gridCol w:w="5379"/>
      </w:tblGrid>
      <w:tr>
        <w:trPr>
          <w:trHeight w:hRule="exact" w:val="380"/>
        </w:trPr>
        <w:tc>
          <w:tcPr>
            <w:tcW w:type="dxa" w:w="1368"/>
            <w:tcBorders>
              <w:start w:sz="3.200000000000017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180" w:lineRule="exact" w:before="0" w:after="0"/>
              <w:ind w:left="104" w:right="0" w:firstLine="0"/>
              <w:jc w:val="left"/>
            </w:pPr>
            <w:r>
              <w:rPr>
                <w:rFonts w:ascii="Arial,Bold" w:hAnsi="Arial,Bold" w:eastAsia="Arial,Bold"/>
                <w:b/>
                <w:i w:val="0"/>
                <w:color w:val="000000"/>
                <w:sz w:val="16"/>
              </w:rPr>
              <w:t xml:space="preserve">7.30 – 8.00 </w:t>
            </w:r>
          </w:p>
        </w:tc>
        <w:tc>
          <w:tcPr>
            <w:tcW w:type="dxa" w:w="9362"/>
            <w:tcBorders>
              <w:start w:sz="4.0" w:val="single" w:color="#000000"/>
              <w:top w:sz="4.0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78"/>
        </w:trPr>
        <w:tc>
          <w:tcPr>
            <w:tcW w:type="dxa" w:w="1368"/>
            <w:tcBorders>
              <w:start w:sz="3.200000000000017" w:val="single" w:color="#000000"/>
              <w:top w:sz="4.0" w:val="single" w:color="#000000"/>
              <w:end w:sz="4.0" w:val="single" w:color="#000000"/>
              <w:bottom w:sz="3.2000000000000455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178" w:lineRule="exact" w:before="0" w:after="0"/>
              <w:ind w:left="104" w:right="0" w:firstLine="0"/>
              <w:jc w:val="left"/>
            </w:pPr>
            <w:r>
              <w:rPr>
                <w:rFonts w:ascii="Arial,Bold" w:hAnsi="Arial,Bold" w:eastAsia="Arial,Bold"/>
                <w:b/>
                <w:i w:val="0"/>
                <w:color w:val="000000"/>
                <w:sz w:val="16"/>
              </w:rPr>
              <w:t xml:space="preserve">8.00 – 9.00 </w:t>
            </w:r>
          </w:p>
        </w:tc>
        <w:tc>
          <w:tcPr>
            <w:tcW w:type="dxa" w:w="9362"/>
            <w:tcBorders>
              <w:start w:sz="4.0" w:val="single" w:color="#000000"/>
              <w:top w:sz="4.0" w:val="single" w:color="#000000"/>
              <w:end w:sz="3.199999999999818" w:val="single" w:color="#000000"/>
              <w:bottom w:sz="3.2000000000000455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76"/>
        </w:trPr>
        <w:tc>
          <w:tcPr>
            <w:tcW w:type="dxa" w:w="1368"/>
            <w:tcBorders>
              <w:start w:sz="3.200000000000017" w:val="single" w:color="#000000"/>
              <w:top w:sz="3.2000000000000455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178" w:lineRule="exact" w:before="0" w:after="0"/>
              <w:ind w:left="104" w:right="0" w:firstLine="0"/>
              <w:jc w:val="left"/>
            </w:pPr>
            <w:r>
              <w:rPr>
                <w:rFonts w:ascii="Arial,Bold" w:hAnsi="Arial,Bold" w:eastAsia="Arial,Bold"/>
                <w:b/>
                <w:i w:val="0"/>
                <w:color w:val="000000"/>
                <w:sz w:val="16"/>
              </w:rPr>
              <w:t xml:space="preserve">9.00 – 10.00 </w:t>
            </w:r>
          </w:p>
        </w:tc>
        <w:tc>
          <w:tcPr>
            <w:tcW w:type="dxa" w:w="9362"/>
            <w:tcBorders>
              <w:start w:sz="4.0" w:val="single" w:color="#000000"/>
              <w:top w:sz="3.2000000000000455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80"/>
        </w:trPr>
        <w:tc>
          <w:tcPr>
            <w:tcW w:type="dxa" w:w="1368"/>
            <w:tcBorders>
              <w:start w:sz="3.200000000000017" w:val="single" w:color="#000000"/>
              <w:top w:sz="4.0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180" w:lineRule="exact" w:before="0" w:after="0"/>
              <w:ind w:left="104" w:right="0" w:firstLine="0"/>
              <w:jc w:val="left"/>
            </w:pPr>
            <w:r>
              <w:rPr>
                <w:rFonts w:ascii="Arial,Bold" w:hAnsi="Arial,Bold" w:eastAsia="Arial,Bold"/>
                <w:b/>
                <w:i w:val="0"/>
                <w:color w:val="000000"/>
                <w:sz w:val="16"/>
              </w:rPr>
              <w:t xml:space="preserve">10.00 – 11.00 </w:t>
            </w:r>
          </w:p>
        </w:tc>
        <w:tc>
          <w:tcPr>
            <w:tcW w:type="dxa" w:w="9362"/>
            <w:tcBorders>
              <w:start w:sz="4.0" w:val="single" w:color="#000000"/>
              <w:top w:sz="4.0" w:val="single" w:color="#000000"/>
              <w:end w:sz="3.199999999999818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76"/>
        </w:trPr>
        <w:tc>
          <w:tcPr>
            <w:tcW w:type="dxa" w:w="1368"/>
            <w:tcBorders>
              <w:start w:sz="3.200000000000017" w:val="single" w:color="#000000"/>
              <w:top w:sz="3.199999999999818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178" w:lineRule="exact" w:before="0" w:after="0"/>
              <w:ind w:left="104" w:right="0" w:firstLine="0"/>
              <w:jc w:val="left"/>
            </w:pPr>
            <w:r>
              <w:rPr>
                <w:rFonts w:ascii="Arial,Bold" w:hAnsi="Arial,Bold" w:eastAsia="Arial,Bold"/>
                <w:b/>
                <w:i w:val="0"/>
                <w:color w:val="000000"/>
                <w:sz w:val="16"/>
              </w:rPr>
              <w:t xml:space="preserve">11.00 – 12.00 </w:t>
            </w:r>
          </w:p>
        </w:tc>
        <w:tc>
          <w:tcPr>
            <w:tcW w:type="dxa" w:w="9362"/>
            <w:tcBorders>
              <w:start w:sz="4.0" w:val="single" w:color="#000000"/>
              <w:top w:sz="3.199999999999818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80"/>
        </w:trPr>
        <w:tc>
          <w:tcPr>
            <w:tcW w:type="dxa" w:w="1368"/>
            <w:tcBorders>
              <w:start w:sz="3.200000000000017" w:val="single" w:color="#000000"/>
              <w:top w:sz="4.0" w:val="single" w:color="#000000"/>
              <w:end w:sz="4.0" w:val="single" w:color="#000000"/>
              <w:bottom w:sz="3.2000000000000455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180" w:lineRule="exact" w:before="0" w:after="0"/>
              <w:ind w:left="104" w:right="0" w:firstLine="0"/>
              <w:jc w:val="left"/>
            </w:pPr>
            <w:r>
              <w:rPr>
                <w:rFonts w:ascii="Arial,Bold" w:hAnsi="Arial,Bold" w:eastAsia="Arial,Bold"/>
                <w:b/>
                <w:i w:val="0"/>
                <w:color w:val="000000"/>
                <w:sz w:val="16"/>
              </w:rPr>
              <w:t xml:space="preserve">1.00 – 2.00 </w:t>
            </w:r>
          </w:p>
        </w:tc>
        <w:tc>
          <w:tcPr>
            <w:tcW w:type="dxa" w:w="9362"/>
            <w:tcBorders>
              <w:start w:sz="4.0" w:val="single" w:color="#000000"/>
              <w:top w:sz="4.0" w:val="single" w:color="#000000"/>
              <w:end w:sz="3.199999999999818" w:val="single" w:color="#000000"/>
              <w:bottom w:sz="3.2000000000000455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78"/>
        </w:trPr>
        <w:tc>
          <w:tcPr>
            <w:tcW w:type="dxa" w:w="1368"/>
            <w:tcBorders>
              <w:start w:sz="3.200000000000017" w:val="single" w:color="#000000"/>
              <w:top w:sz="3.2000000000000455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178" w:lineRule="exact" w:before="0" w:after="0"/>
              <w:ind w:left="104" w:right="0" w:firstLine="0"/>
              <w:jc w:val="left"/>
            </w:pPr>
            <w:r>
              <w:rPr>
                <w:rFonts w:ascii="Arial,Bold" w:hAnsi="Arial,Bold" w:eastAsia="Arial,Bold"/>
                <w:b/>
                <w:i w:val="0"/>
                <w:color w:val="000000"/>
                <w:sz w:val="16"/>
              </w:rPr>
              <w:t xml:space="preserve">2.00 – 3.00 </w:t>
            </w:r>
          </w:p>
        </w:tc>
        <w:tc>
          <w:tcPr>
            <w:tcW w:type="dxa" w:w="9362"/>
            <w:tcBorders>
              <w:start w:sz="4.0" w:val="single" w:color="#000000"/>
              <w:top w:sz="3.2000000000000455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78"/>
        </w:trPr>
        <w:tc>
          <w:tcPr>
            <w:tcW w:type="dxa" w:w="1368"/>
            <w:tcBorders>
              <w:start w:sz="3.200000000000017" w:val="single" w:color="#000000"/>
              <w:top w:sz="4.0" w:val="single" w:color="#000000"/>
              <w:end w:sz="4.0" w:val="single" w:color="#000000"/>
              <w:bottom w:sz="3.2000000000000455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180" w:lineRule="exact" w:before="0" w:after="0"/>
              <w:ind w:left="104" w:right="0" w:firstLine="0"/>
              <w:jc w:val="left"/>
            </w:pPr>
            <w:r>
              <w:rPr>
                <w:rFonts w:ascii="Arial,Bold" w:hAnsi="Arial,Bold" w:eastAsia="Arial,Bold"/>
                <w:b/>
                <w:i w:val="0"/>
                <w:color w:val="000000"/>
                <w:sz w:val="16"/>
              </w:rPr>
              <w:t xml:space="preserve">3.00 – 4.00 </w:t>
            </w:r>
          </w:p>
        </w:tc>
        <w:tc>
          <w:tcPr>
            <w:tcW w:type="dxa" w:w="9362"/>
            <w:tcBorders>
              <w:start w:sz="4.0" w:val="single" w:color="#000000"/>
              <w:top w:sz="4.0" w:val="single" w:color="#000000"/>
              <w:end w:sz="3.199999999999818" w:val="single" w:color="#000000"/>
              <w:bottom w:sz="3.2000000000000455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76"/>
        </w:trPr>
        <w:tc>
          <w:tcPr>
            <w:tcW w:type="dxa" w:w="1368"/>
            <w:tcBorders>
              <w:start w:sz="3.200000000000017" w:val="single" w:color="#000000"/>
              <w:top w:sz="3.2000000000000455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178" w:lineRule="exact" w:before="0" w:after="0"/>
              <w:ind w:left="104" w:right="0" w:firstLine="0"/>
              <w:jc w:val="left"/>
            </w:pPr>
            <w:r>
              <w:rPr>
                <w:rFonts w:ascii="Arial,Bold" w:hAnsi="Arial,Bold" w:eastAsia="Arial,Bold"/>
                <w:b/>
                <w:i w:val="0"/>
                <w:color w:val="000000"/>
                <w:sz w:val="16"/>
              </w:rPr>
              <w:t xml:space="preserve">4.00 – 5.00 </w:t>
            </w:r>
          </w:p>
        </w:tc>
        <w:tc>
          <w:tcPr>
            <w:tcW w:type="dxa" w:w="9362"/>
            <w:tcBorders>
              <w:start w:sz="4.0" w:val="single" w:color="#000000"/>
              <w:top w:sz="3.2000000000000455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widowControl/>
        <w:autoSpaceDE w:val="0"/>
        <w:autoSpaceDN w:val="0"/>
        <w:spacing w:line="266" w:lineRule="exact" w:before="4" w:after="4"/>
        <w:ind w:left="0" w:right="4732" w:firstLine="0"/>
        <w:jc w:val="right"/>
      </w:pPr>
      <w:r>
        <w:rPr>
          <w:rFonts w:ascii="Arial,Bold" w:hAnsi="Arial,Bold" w:eastAsia="Arial,Bold"/>
          <w:b/>
          <w:i w:val="0"/>
          <w:color w:val="000000"/>
          <w:sz w:val="24"/>
        </w:rPr>
        <w:t xml:space="preserve">General </w:t>
      </w:r>
    </w:p>
    <w:tbl>
      <w:tblPr>
        <w:tblW w:type="auto" w:w="0"/>
        <w:tblInd w:w="4.000000000000057" w:type="dxa"/>
        <w:tblLayout w:type="fixed"/>
        <w:tblLook w:firstColumn="1" w:firstRow="1" w:lastColumn="0" w:lastRow="0" w:noHBand="0" w:noVBand="1" w:val="04A0"/>
      </w:tblPr>
      <w:tblGrid>
        <w:gridCol w:w="10758"/>
      </w:tblGrid>
      <w:tr>
        <w:trPr>
          <w:trHeight w:hRule="exact" w:val="286"/>
        </w:trPr>
        <w:tc>
          <w:tcPr>
            <w:tcW w:type="dxa" w:w="10730"/>
            <w:tcBorders>
              <w:start w:sz="3.200000000000017" w:val="single" w:color="#000000"/>
              <w:top w:sz="4.0" w:val="single" w:color="#000000"/>
              <w:end w:sz="3.199999999999818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286"/>
        </w:trPr>
        <w:tc>
          <w:tcPr>
            <w:tcW w:type="dxa" w:w="10730"/>
            <w:tcBorders>
              <w:start w:sz="3.200000000000017" w:val="single" w:color="#000000"/>
              <w:top w:sz="3.199999999999818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286"/>
        </w:trPr>
        <w:tc>
          <w:tcPr>
            <w:tcW w:type="dxa" w:w="10730"/>
            <w:tcBorders>
              <w:start w:sz="3.200000000000017" w:val="single" w:color="#000000"/>
              <w:top w:sz="4.0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286"/>
        </w:trPr>
        <w:tc>
          <w:tcPr>
            <w:tcW w:type="dxa" w:w="10730"/>
            <w:tcBorders>
              <w:start w:sz="3.200000000000017" w:val="single" w:color="#000000"/>
              <w:top w:sz="4.0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288"/>
        </w:trPr>
        <w:tc>
          <w:tcPr>
            <w:tcW w:type="dxa" w:w="10730"/>
            <w:tcBorders>
              <w:start w:sz="3.200000000000017" w:val="single" w:color="#000000"/>
              <w:top w:sz="4.0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286"/>
        </w:trPr>
        <w:tc>
          <w:tcPr>
            <w:tcW w:type="dxa" w:w="10730"/>
            <w:tcBorders>
              <w:start w:sz="3.200000000000017" w:val="single" w:color="#000000"/>
              <w:top w:sz="4.0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286"/>
        </w:trPr>
        <w:tc>
          <w:tcPr>
            <w:tcW w:type="dxa" w:w="10730"/>
            <w:tcBorders>
              <w:start w:sz="3.200000000000017" w:val="single" w:color="#000000"/>
              <w:top w:sz="4.0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284"/>
        </w:trPr>
        <w:tc>
          <w:tcPr>
            <w:tcW w:type="dxa" w:w="10730"/>
            <w:tcBorders>
              <w:start w:sz="3.200000000000017" w:val="single" w:color="#000000"/>
              <w:top w:sz="4.0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288"/>
        </w:trPr>
        <w:tc>
          <w:tcPr>
            <w:tcW w:type="dxa" w:w="10730"/>
            <w:tcBorders>
              <w:start w:sz="3.200000000000017" w:val="single" w:color="#000000"/>
              <w:top w:sz="4.0" w:val="single" w:color="#000000"/>
              <w:end w:sz="3.199999999999818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286"/>
        </w:trPr>
        <w:tc>
          <w:tcPr>
            <w:tcW w:type="dxa" w:w="10730"/>
            <w:tcBorders>
              <w:start w:sz="3.200000000000017" w:val="single" w:color="#000000"/>
              <w:top w:sz="3.199999999999818" w:val="single" w:color="#000000"/>
              <w:end w:sz="3.199999999999818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286"/>
        </w:trPr>
        <w:tc>
          <w:tcPr>
            <w:tcW w:type="dxa" w:w="10730"/>
            <w:tcBorders>
              <w:start w:sz="3.200000000000017" w:val="single" w:color="#000000"/>
              <w:top w:sz="3.199999999999818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286"/>
        </w:trPr>
        <w:tc>
          <w:tcPr>
            <w:tcW w:type="dxa" w:w="10730"/>
            <w:tcBorders>
              <w:start w:sz="3.200000000000017" w:val="single" w:color="#000000"/>
              <w:top w:sz="4.0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284"/>
        </w:trPr>
        <w:tc>
          <w:tcPr>
            <w:tcW w:type="dxa" w:w="10730"/>
            <w:tcBorders>
              <w:start w:sz="3.200000000000017" w:val="single" w:color="#000000"/>
              <w:top w:sz="4.0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286"/>
        </w:trPr>
        <w:tc>
          <w:tcPr>
            <w:tcW w:type="dxa" w:w="10730"/>
            <w:tcBorders>
              <w:start w:sz="3.200000000000017" w:val="single" w:color="#000000"/>
              <w:top w:sz="4.0" w:val="single" w:color="#000000"/>
              <w:end w:sz="3.199999999999818" w:val="single" w:color="#000000"/>
              <w:bottom w:sz="3.200000000000273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290"/>
        </w:trPr>
        <w:tc>
          <w:tcPr>
            <w:tcW w:type="dxa" w:w="10730"/>
            <w:tcBorders>
              <w:start w:sz="3.200000000000017" w:val="single" w:color="#000000"/>
              <w:top w:sz="3.200000000000273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284"/>
        </w:trPr>
        <w:tc>
          <w:tcPr>
            <w:tcW w:type="dxa" w:w="10730"/>
            <w:tcBorders>
              <w:start w:sz="3.200000000000017" w:val="single" w:color="#000000"/>
              <w:top w:sz="4.0" w:val="single" w:color="#000000"/>
              <w:end w:sz="3.199999999999818" w:val="single" w:color="#000000"/>
              <w:bottom w:sz="3.200000000000273" w:val="single" w:color="#000000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widowControl/>
        <w:autoSpaceDE w:val="0"/>
        <w:autoSpaceDN w:val="0"/>
        <w:spacing w:line="268" w:lineRule="exact" w:before="2" w:after="4"/>
        <w:ind w:left="2472" w:right="0" w:firstLine="0"/>
        <w:jc w:val="left"/>
      </w:pPr>
      <w:r>
        <w:rPr>
          <w:rFonts w:ascii="Arial,Bold" w:hAnsi="Arial,Bold" w:eastAsia="Arial,Bold"/>
          <w:b/>
          <w:i w:val="0"/>
          <w:color w:val="000000"/>
          <w:sz w:val="24"/>
        </w:rPr>
        <w:t xml:space="preserve">Placed candidates waiting to commence employment </w:t>
      </w:r>
    </w:p>
    <w:tbl>
      <w:tblPr>
        <w:tblW w:type="auto" w:w="0"/>
        <w:tblInd w:w="4.000000000000057" w:type="dxa"/>
        <w:tblLayout w:type="fixed"/>
        <w:tblLook w:firstColumn="1" w:firstRow="1" w:lastColumn="0" w:lastRow="0" w:noHBand="0" w:noVBand="1" w:val="04A0"/>
      </w:tblPr>
      <w:tblGrid>
        <w:gridCol w:w="1537"/>
        <w:gridCol w:w="1537"/>
        <w:gridCol w:w="1537"/>
        <w:gridCol w:w="1537"/>
        <w:gridCol w:w="1537"/>
        <w:gridCol w:w="1537"/>
        <w:gridCol w:w="1537"/>
      </w:tblGrid>
      <w:tr>
        <w:trPr>
          <w:trHeight w:hRule="exact" w:val="376"/>
        </w:trPr>
        <w:tc>
          <w:tcPr>
            <w:tcW w:type="dxa" w:w="2090"/>
            <w:tcBorders>
              <w:start w:sz="3.200000000000017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180" w:lineRule="exact" w:before="0" w:after="0"/>
              <w:ind w:left="0" w:right="0" w:firstLine="0"/>
              <w:jc w:val="center"/>
            </w:pPr>
            <w:r>
              <w:rPr>
                <w:rFonts w:ascii="Arial,Bold" w:hAnsi="Arial,Bold" w:eastAsia="Arial,Bold"/>
                <w:b/>
                <w:i w:val="0"/>
                <w:color w:val="000000"/>
                <w:sz w:val="16"/>
              </w:rPr>
              <w:t xml:space="preserve">Candidate Name </w:t>
            </w:r>
          </w:p>
        </w:tc>
        <w:tc>
          <w:tcPr>
            <w:tcW w:type="dxa" w:w="180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180" w:lineRule="exact" w:before="0" w:after="0"/>
              <w:ind w:left="0" w:right="0" w:firstLine="0"/>
              <w:jc w:val="center"/>
            </w:pPr>
            <w:r>
              <w:rPr>
                <w:rFonts w:ascii="Arial,Bold" w:hAnsi="Arial,Bold" w:eastAsia="Arial,Bold"/>
                <w:b/>
                <w:i w:val="0"/>
                <w:color w:val="000000"/>
                <w:sz w:val="16"/>
              </w:rPr>
              <w:t xml:space="preserve">Phone Number </w:t>
            </w:r>
          </w:p>
        </w:tc>
        <w:tc>
          <w:tcPr>
            <w:tcW w:type="dxa" w:w="108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180" w:lineRule="exact" w:before="0" w:after="0"/>
              <w:ind w:left="0" w:right="0" w:firstLine="0"/>
              <w:jc w:val="center"/>
            </w:pPr>
            <w:r>
              <w:rPr>
                <w:rFonts w:ascii="Arial,Bold" w:hAnsi="Arial,Bold" w:eastAsia="Arial,Bold"/>
                <w:b/>
                <w:i w:val="0"/>
                <w:color w:val="000000"/>
                <w:sz w:val="16"/>
              </w:rPr>
              <w:t xml:space="preserve">Contacted </w:t>
            </w:r>
          </w:p>
        </w:tc>
        <w:tc>
          <w:tcPr>
            <w:tcW w:type="dxa" w:w="7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180" w:lineRule="exact" w:before="0" w:after="0"/>
              <w:ind w:left="0" w:right="0" w:firstLine="0"/>
              <w:jc w:val="center"/>
            </w:pPr>
            <w:r>
              <w:rPr>
                <w:rFonts w:ascii="Arial,Bold" w:hAnsi="Arial,Bold" w:eastAsia="Arial,Bold"/>
                <w:b/>
                <w:i w:val="0"/>
                <w:color w:val="000000"/>
                <w:sz w:val="16"/>
              </w:rPr>
              <w:t xml:space="preserve">State </w:t>
            </w:r>
          </w:p>
        </w:tc>
        <w:tc>
          <w:tcPr>
            <w:tcW w:type="dxa" w:w="198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180" w:lineRule="exact" w:before="0" w:after="0"/>
              <w:ind w:left="0" w:right="0" w:firstLine="0"/>
              <w:jc w:val="center"/>
            </w:pPr>
            <w:r>
              <w:rPr>
                <w:rFonts w:ascii="Arial,Bold" w:hAnsi="Arial,Bold" w:eastAsia="Arial,Bold"/>
                <w:b/>
                <w:i w:val="0"/>
                <w:color w:val="000000"/>
                <w:sz w:val="16"/>
              </w:rPr>
              <w:t xml:space="preserve">Company Name </w:t>
            </w:r>
          </w:p>
        </w:tc>
        <w:tc>
          <w:tcPr>
            <w:tcW w:type="dxa" w:w="1440"/>
            <w:tcBorders>
              <w:start w:sz="4.0" w:val="single" w:color="#000000"/>
              <w:top w:sz="4.0" w:val="single" w:color="#000000"/>
              <w:end w:sz="3.200000000000273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182" w:lineRule="exact" w:before="0" w:after="0"/>
              <w:ind w:left="0" w:right="0" w:firstLine="0"/>
              <w:jc w:val="center"/>
            </w:pPr>
            <w:r>
              <w:rPr>
                <w:rFonts w:ascii="Arial,Bold" w:hAnsi="Arial,Bold" w:eastAsia="Arial,Bold"/>
                <w:b/>
                <w:i w:val="0"/>
                <w:color w:val="000000"/>
                <w:sz w:val="16"/>
              </w:rPr>
              <w:t xml:space="preserve">Hiring Manager </w:t>
            </w:r>
            <w:r>
              <w:rPr>
                <w:rFonts w:ascii="Arial,Bold" w:hAnsi="Arial,Bold" w:eastAsia="Arial,Bold"/>
                <w:b/>
                <w:i w:val="0"/>
                <w:color w:val="000000"/>
                <w:sz w:val="16"/>
              </w:rPr>
              <w:t xml:space="preserve">Name </w:t>
            </w:r>
          </w:p>
        </w:tc>
        <w:tc>
          <w:tcPr>
            <w:tcW w:type="dxa" w:w="1620"/>
            <w:tcBorders>
              <w:start w:sz="3.200000000000273" w:val="single" w:color="#000000"/>
              <w:top w:sz="4.0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180" w:lineRule="exact" w:before="0" w:after="0"/>
              <w:ind w:left="0" w:right="0" w:firstLine="0"/>
              <w:jc w:val="center"/>
            </w:pPr>
            <w:r>
              <w:rPr>
                <w:rFonts w:ascii="Arial,Bold" w:hAnsi="Arial,Bold" w:eastAsia="Arial,Bold"/>
                <w:b/>
                <w:i w:val="0"/>
                <w:color w:val="000000"/>
                <w:sz w:val="16"/>
              </w:rPr>
              <w:t xml:space="preserve">Phone Number </w:t>
            </w:r>
          </w:p>
        </w:tc>
      </w:tr>
      <w:tr>
        <w:trPr>
          <w:trHeight w:hRule="exact" w:val="286"/>
        </w:trPr>
        <w:tc>
          <w:tcPr>
            <w:tcW w:type="dxa" w:w="2090"/>
            <w:tcBorders>
              <w:start w:sz="3.200000000000017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0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08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98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440"/>
            <w:tcBorders>
              <w:start w:sz="4.0" w:val="single" w:color="#000000"/>
              <w:top w:sz="4.0" w:val="single" w:color="#000000"/>
              <w:end w:sz="3.200000000000273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620"/>
            <w:tcBorders>
              <w:start w:sz="3.200000000000273" w:val="single" w:color="#000000"/>
              <w:top w:sz="4.0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288"/>
        </w:trPr>
        <w:tc>
          <w:tcPr>
            <w:tcW w:type="dxa" w:w="2090"/>
            <w:tcBorders>
              <w:start w:sz="3.200000000000017" w:val="single" w:color="#000000"/>
              <w:top w:sz="4.0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00"/>
            <w:tcBorders>
              <w:start w:sz="4.0" w:val="single" w:color="#000000"/>
              <w:top w:sz="4.0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080"/>
            <w:tcBorders>
              <w:start w:sz="4.0" w:val="single" w:color="#000000"/>
              <w:top w:sz="4.0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20"/>
            <w:tcBorders>
              <w:start w:sz="4.0" w:val="single" w:color="#000000"/>
              <w:top w:sz="4.0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980"/>
            <w:tcBorders>
              <w:start w:sz="4.0" w:val="single" w:color="#000000"/>
              <w:top w:sz="4.0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440"/>
            <w:tcBorders>
              <w:start w:sz="4.0" w:val="single" w:color="#000000"/>
              <w:top w:sz="4.0" w:val="single" w:color="#000000"/>
              <w:end w:sz="3.200000000000273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620"/>
            <w:tcBorders>
              <w:start w:sz="3.200000000000273" w:val="single" w:color="#000000"/>
              <w:top w:sz="4.0" w:val="single" w:color="#000000"/>
              <w:end w:sz="3.199999999999818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286"/>
        </w:trPr>
        <w:tc>
          <w:tcPr>
            <w:tcW w:type="dxa" w:w="2090"/>
            <w:tcBorders>
              <w:start w:sz="3.200000000000017" w:val="single" w:color="#000000"/>
              <w:top w:sz="3.199999999999818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00"/>
            <w:tcBorders>
              <w:start w:sz="4.0" w:val="single" w:color="#000000"/>
              <w:top w:sz="3.199999999999818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080"/>
            <w:tcBorders>
              <w:start w:sz="4.0" w:val="single" w:color="#000000"/>
              <w:top w:sz="3.199999999999818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20"/>
            <w:tcBorders>
              <w:start w:sz="4.0" w:val="single" w:color="#000000"/>
              <w:top w:sz="3.199999999999818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980"/>
            <w:tcBorders>
              <w:start w:sz="4.0" w:val="single" w:color="#000000"/>
              <w:top w:sz="3.199999999999818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440"/>
            <w:tcBorders>
              <w:start w:sz="4.0" w:val="single" w:color="#000000"/>
              <w:top w:sz="3.199999999999818" w:val="single" w:color="#000000"/>
              <w:end w:sz="3.200000000000273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620"/>
            <w:tcBorders>
              <w:start w:sz="3.200000000000273" w:val="single" w:color="#000000"/>
              <w:top w:sz="3.199999999999818" w:val="single" w:color="#000000"/>
              <w:end w:sz="3.199999999999818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286"/>
        </w:trPr>
        <w:tc>
          <w:tcPr>
            <w:tcW w:type="dxa" w:w="2090"/>
            <w:tcBorders>
              <w:start w:sz="3.200000000000017" w:val="single" w:color="#000000"/>
              <w:top w:sz="3.199999999999818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00"/>
            <w:tcBorders>
              <w:start w:sz="4.0" w:val="single" w:color="#000000"/>
              <w:top w:sz="3.199999999999818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080"/>
            <w:tcBorders>
              <w:start w:sz="4.0" w:val="single" w:color="#000000"/>
              <w:top w:sz="3.199999999999818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20"/>
            <w:tcBorders>
              <w:start w:sz="4.0" w:val="single" w:color="#000000"/>
              <w:top w:sz="3.199999999999818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980"/>
            <w:tcBorders>
              <w:start w:sz="4.0" w:val="single" w:color="#000000"/>
              <w:top w:sz="3.199999999999818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440"/>
            <w:tcBorders>
              <w:start w:sz="4.0" w:val="single" w:color="#000000"/>
              <w:top w:sz="3.199999999999818" w:val="single" w:color="#000000"/>
              <w:end w:sz="3.200000000000273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620"/>
            <w:tcBorders>
              <w:start w:sz="3.200000000000273" w:val="single" w:color="#000000"/>
              <w:top w:sz="3.199999999999818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286"/>
        </w:trPr>
        <w:tc>
          <w:tcPr>
            <w:tcW w:type="dxa" w:w="2090"/>
            <w:tcBorders>
              <w:start w:sz="3.200000000000017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0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08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98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440"/>
            <w:tcBorders>
              <w:start w:sz="4.0" w:val="single" w:color="#000000"/>
              <w:top w:sz="4.0" w:val="single" w:color="#000000"/>
              <w:end w:sz="3.200000000000273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620"/>
            <w:tcBorders>
              <w:start w:sz="3.200000000000273" w:val="single" w:color="#000000"/>
              <w:top w:sz="4.0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284"/>
        </w:trPr>
        <w:tc>
          <w:tcPr>
            <w:tcW w:type="dxa" w:w="2090"/>
            <w:tcBorders>
              <w:start w:sz="3.200000000000017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0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08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98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440"/>
            <w:tcBorders>
              <w:start w:sz="4.0" w:val="single" w:color="#000000"/>
              <w:top w:sz="4.0" w:val="single" w:color="#000000"/>
              <w:end w:sz="3.200000000000273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620"/>
            <w:tcBorders>
              <w:start w:sz="3.200000000000273" w:val="single" w:color="#000000"/>
              <w:top w:sz="4.0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286"/>
        </w:trPr>
        <w:tc>
          <w:tcPr>
            <w:tcW w:type="dxa" w:w="2090"/>
            <w:tcBorders>
              <w:start w:sz="3.200000000000017" w:val="single" w:color="#000000"/>
              <w:top w:sz="4.0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00"/>
            <w:tcBorders>
              <w:start w:sz="4.0" w:val="single" w:color="#000000"/>
              <w:top w:sz="4.0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080"/>
            <w:tcBorders>
              <w:start w:sz="4.0" w:val="single" w:color="#000000"/>
              <w:top w:sz="4.0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20"/>
            <w:tcBorders>
              <w:start w:sz="4.0" w:val="single" w:color="#000000"/>
              <w:top w:sz="4.0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980"/>
            <w:tcBorders>
              <w:start w:sz="4.0" w:val="single" w:color="#000000"/>
              <w:top w:sz="4.0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440"/>
            <w:tcBorders>
              <w:start w:sz="4.0" w:val="single" w:color="#000000"/>
              <w:top w:sz="4.0" w:val="single" w:color="#000000"/>
              <w:end w:sz="3.200000000000273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620"/>
            <w:tcBorders>
              <w:start w:sz="3.200000000000273" w:val="single" w:color="#000000"/>
              <w:top w:sz="4.0" w:val="single" w:color="#000000"/>
              <w:end w:sz="3.199999999999818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290"/>
        </w:trPr>
        <w:tc>
          <w:tcPr>
            <w:tcW w:type="dxa" w:w="2090"/>
            <w:tcBorders>
              <w:start w:sz="3.200000000000017" w:val="single" w:color="#000000"/>
              <w:top w:sz="3.199999999999818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00"/>
            <w:tcBorders>
              <w:start w:sz="4.0" w:val="single" w:color="#000000"/>
              <w:top w:sz="3.199999999999818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080"/>
            <w:tcBorders>
              <w:start w:sz="4.0" w:val="single" w:color="#000000"/>
              <w:top w:sz="3.199999999999818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20"/>
            <w:tcBorders>
              <w:start w:sz="4.0" w:val="single" w:color="#000000"/>
              <w:top w:sz="3.199999999999818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980"/>
            <w:tcBorders>
              <w:start w:sz="4.0" w:val="single" w:color="#000000"/>
              <w:top w:sz="3.199999999999818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440"/>
            <w:tcBorders>
              <w:start w:sz="4.0" w:val="single" w:color="#000000"/>
              <w:top w:sz="3.199999999999818" w:val="single" w:color="#000000"/>
              <w:end w:sz="3.200000000000273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620"/>
            <w:tcBorders>
              <w:start w:sz="3.200000000000273" w:val="single" w:color="#000000"/>
              <w:top w:sz="3.199999999999818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284"/>
        </w:trPr>
        <w:tc>
          <w:tcPr>
            <w:tcW w:type="dxa" w:w="2090"/>
            <w:tcBorders>
              <w:start w:sz="3.200000000000017" w:val="single" w:color="#000000"/>
              <w:top w:sz="4.0" w:val="single" w:color="#000000"/>
              <w:end w:sz="4.0" w:val="single" w:color="#000000"/>
              <w:bottom w:sz="3.2000000000007276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00"/>
            <w:tcBorders>
              <w:start w:sz="4.0" w:val="single" w:color="#000000"/>
              <w:top w:sz="4.0" w:val="single" w:color="#000000"/>
              <w:end w:sz="4.0" w:val="single" w:color="#000000"/>
              <w:bottom w:sz="3.2000000000007276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080"/>
            <w:tcBorders>
              <w:start w:sz="4.0" w:val="single" w:color="#000000"/>
              <w:top w:sz="4.0" w:val="single" w:color="#000000"/>
              <w:end w:sz="4.0" w:val="single" w:color="#000000"/>
              <w:bottom w:sz="3.2000000000007276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20"/>
            <w:tcBorders>
              <w:start w:sz="4.0" w:val="single" w:color="#000000"/>
              <w:top w:sz="4.0" w:val="single" w:color="#000000"/>
              <w:end w:sz="4.0" w:val="single" w:color="#000000"/>
              <w:bottom w:sz="3.2000000000007276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980"/>
            <w:tcBorders>
              <w:start w:sz="4.0" w:val="single" w:color="#000000"/>
              <w:top w:sz="4.0" w:val="single" w:color="#000000"/>
              <w:end w:sz="4.0" w:val="single" w:color="#000000"/>
              <w:bottom w:sz="3.2000000000007276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440"/>
            <w:tcBorders>
              <w:start w:sz="4.0" w:val="single" w:color="#000000"/>
              <w:top w:sz="4.0" w:val="single" w:color="#000000"/>
              <w:end w:sz="3.200000000000273" w:val="single" w:color="#000000"/>
              <w:bottom w:sz="3.2000000000007276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620"/>
            <w:tcBorders>
              <w:start w:sz="3.200000000000273" w:val="single" w:color="#000000"/>
              <w:top w:sz="4.0" w:val="single" w:color="#000000"/>
              <w:end w:sz="3.199999999999818" w:val="single" w:color="#000000"/>
              <w:bottom w:sz="3.2000000000007276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284"/>
        </w:trPr>
        <w:tc>
          <w:tcPr>
            <w:tcW w:type="dxa" w:w="2090"/>
            <w:tcBorders>
              <w:start w:sz="3.200000000000017" w:val="single" w:color="#000000"/>
              <w:top w:sz="3.2000000000007276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00"/>
            <w:tcBorders>
              <w:start w:sz="4.0" w:val="single" w:color="#000000"/>
              <w:top w:sz="3.2000000000007276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080"/>
            <w:tcBorders>
              <w:start w:sz="4.0" w:val="single" w:color="#000000"/>
              <w:top w:sz="3.2000000000007276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20"/>
            <w:tcBorders>
              <w:start w:sz="4.0" w:val="single" w:color="#000000"/>
              <w:top w:sz="3.2000000000007276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980"/>
            <w:tcBorders>
              <w:start w:sz="4.0" w:val="single" w:color="#000000"/>
              <w:top w:sz="3.2000000000007276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440"/>
            <w:tcBorders>
              <w:start w:sz="4.0" w:val="single" w:color="#000000"/>
              <w:top w:sz="3.2000000000007276" w:val="single" w:color="#000000"/>
              <w:end w:sz="3.200000000000273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620"/>
            <w:tcBorders>
              <w:start w:sz="3.200000000000273" w:val="single" w:color="#000000"/>
              <w:top w:sz="3.2000000000007276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286"/>
        </w:trPr>
        <w:tc>
          <w:tcPr>
            <w:tcW w:type="dxa" w:w="2090"/>
            <w:tcBorders>
              <w:start w:sz="3.200000000000017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0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08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98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440"/>
            <w:tcBorders>
              <w:start w:sz="4.0" w:val="single" w:color="#000000"/>
              <w:top w:sz="4.0" w:val="single" w:color="#000000"/>
              <w:end w:sz="3.200000000000273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620"/>
            <w:tcBorders>
              <w:start w:sz="3.200000000000273" w:val="single" w:color="#000000"/>
              <w:top w:sz="4.0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288"/>
        </w:trPr>
        <w:tc>
          <w:tcPr>
            <w:tcW w:type="dxa" w:w="2090"/>
            <w:tcBorders>
              <w:start w:sz="3.200000000000017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0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08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98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440"/>
            <w:tcBorders>
              <w:start w:sz="4.0" w:val="single" w:color="#000000"/>
              <w:top w:sz="4.0" w:val="single" w:color="#000000"/>
              <w:end w:sz="3.200000000000273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620"/>
            <w:tcBorders>
              <w:start w:sz="3.200000000000273" w:val="single" w:color="#000000"/>
              <w:top w:sz="4.0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284"/>
        </w:trPr>
        <w:tc>
          <w:tcPr>
            <w:tcW w:type="dxa" w:w="2090"/>
            <w:tcBorders>
              <w:start w:sz="3.200000000000017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0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08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98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440"/>
            <w:tcBorders>
              <w:start w:sz="4.0" w:val="single" w:color="#000000"/>
              <w:top w:sz="4.0" w:val="single" w:color="#000000"/>
              <w:end w:sz="3.200000000000273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620"/>
            <w:tcBorders>
              <w:start w:sz="3.200000000000273" w:val="single" w:color="#000000"/>
              <w:top w:sz="4.0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288"/>
        </w:trPr>
        <w:tc>
          <w:tcPr>
            <w:tcW w:type="dxa" w:w="2090"/>
            <w:tcBorders>
              <w:start w:sz="3.200000000000017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0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08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98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440"/>
            <w:tcBorders>
              <w:start w:sz="4.0" w:val="single" w:color="#000000"/>
              <w:top w:sz="4.0" w:val="single" w:color="#000000"/>
              <w:end w:sz="3.200000000000273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620"/>
            <w:tcBorders>
              <w:start w:sz="3.200000000000273" w:val="single" w:color="#000000"/>
              <w:top w:sz="4.0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286"/>
        </w:trPr>
        <w:tc>
          <w:tcPr>
            <w:tcW w:type="dxa" w:w="2090"/>
            <w:tcBorders>
              <w:start w:sz="3.200000000000017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0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08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98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440"/>
            <w:tcBorders>
              <w:start w:sz="4.0" w:val="single" w:color="#000000"/>
              <w:top w:sz="4.0" w:val="single" w:color="#000000"/>
              <w:end w:sz="3.200000000000273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620"/>
            <w:tcBorders>
              <w:start w:sz="3.200000000000273" w:val="single" w:color="#000000"/>
              <w:top w:sz="4.0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widowControl/>
        <w:autoSpaceDE w:val="0"/>
        <w:autoSpaceDN w:val="0"/>
        <w:spacing w:line="268" w:lineRule="exact" w:before="4" w:after="6"/>
        <w:ind w:left="2472" w:right="0" w:firstLine="0"/>
        <w:jc w:val="left"/>
      </w:pPr>
      <w:r>
        <w:rPr>
          <w:rFonts w:ascii="Arial,Bold" w:hAnsi="Arial,Bold" w:eastAsia="Arial,Bold"/>
          <w:b/>
          <w:i w:val="0"/>
          <w:color w:val="000000"/>
          <w:sz w:val="24"/>
        </w:rPr>
        <w:t>Awaiting Resumes from (</w:t>
      </w:r>
      <w:r>
        <w:rPr>
          <w:rFonts w:ascii="Arial,Bold" w:hAnsi="Arial,Bold" w:eastAsia="Arial,Bold"/>
          <w:b/>
          <w:i w:val="0"/>
          <w:color w:val="000000"/>
          <w:sz w:val="18"/>
        </w:rPr>
        <w:t xml:space="preserve">Ask for their friends resumes as well) </w:t>
      </w:r>
    </w:p>
    <w:tbl>
      <w:tblPr>
        <w:tblW w:type="auto" w:w="0"/>
        <w:tblInd w:w="4.000000000000057" w:type="dxa"/>
        <w:tblLayout w:type="fixed"/>
        <w:tblLook w:firstColumn="1" w:firstRow="1" w:lastColumn="0" w:lastRow="0" w:noHBand="0" w:noVBand="1" w:val="04A0"/>
      </w:tblPr>
      <w:tblGrid>
        <w:gridCol w:w="1793"/>
        <w:gridCol w:w="1793"/>
        <w:gridCol w:w="1793"/>
        <w:gridCol w:w="1793"/>
        <w:gridCol w:w="1793"/>
        <w:gridCol w:w="1793"/>
      </w:tblGrid>
      <w:tr>
        <w:trPr>
          <w:trHeight w:hRule="exact" w:val="196"/>
        </w:trPr>
        <w:tc>
          <w:tcPr>
            <w:tcW w:type="dxa" w:w="1572"/>
            <w:tcBorders>
              <w:start w:sz="3.200000000000017" w:val="single" w:color="#000000"/>
              <w:top w:sz="3.199999999999818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178" w:lineRule="exact" w:before="0" w:after="0"/>
              <w:ind w:left="0" w:right="0" w:firstLine="0"/>
              <w:jc w:val="center"/>
            </w:pPr>
            <w:r>
              <w:rPr>
                <w:rFonts w:ascii="Arial,Bold" w:hAnsi="Arial,Bold" w:eastAsia="Arial,Bold"/>
                <w:b/>
                <w:i w:val="0"/>
                <w:color w:val="000000"/>
                <w:sz w:val="16"/>
              </w:rPr>
              <w:t xml:space="preserve">Name </w:t>
            </w:r>
          </w:p>
        </w:tc>
        <w:tc>
          <w:tcPr>
            <w:tcW w:type="dxa" w:w="1574"/>
            <w:tcBorders>
              <w:start w:sz="4.0" w:val="single" w:color="#000000"/>
              <w:top w:sz="3.199999999999818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178" w:lineRule="exact" w:before="0" w:after="0"/>
              <w:ind w:left="0" w:right="0" w:firstLine="0"/>
              <w:jc w:val="center"/>
            </w:pPr>
            <w:r>
              <w:rPr>
                <w:rFonts w:ascii="Arial,Bold" w:hAnsi="Arial,Bold" w:eastAsia="Arial,Bold"/>
                <w:b/>
                <w:i w:val="0"/>
                <w:color w:val="000000"/>
                <w:sz w:val="16"/>
              </w:rPr>
              <w:t xml:space="preserve">Phone Number </w:t>
            </w:r>
          </w:p>
        </w:tc>
        <w:tc>
          <w:tcPr>
            <w:tcW w:type="dxa" w:w="1824"/>
            <w:tcBorders>
              <w:start w:sz="4.0" w:val="single" w:color="#000000"/>
              <w:top w:sz="3.199999999999818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178" w:lineRule="exact" w:before="0" w:after="0"/>
              <w:ind w:left="0" w:right="0" w:firstLine="0"/>
              <w:jc w:val="center"/>
            </w:pPr>
            <w:r>
              <w:rPr>
                <w:rFonts w:ascii="Arial,Bold" w:hAnsi="Arial,Bold" w:eastAsia="Arial,Bold"/>
                <w:b/>
                <w:i w:val="0"/>
                <w:color w:val="000000"/>
                <w:sz w:val="16"/>
              </w:rPr>
              <w:t xml:space="preserve">Email </w:t>
            </w:r>
          </w:p>
        </w:tc>
        <w:tc>
          <w:tcPr>
            <w:tcW w:type="dxa" w:w="2160"/>
            <w:tcBorders>
              <w:start w:sz="4.0" w:val="single" w:color="#000000"/>
              <w:top w:sz="3.199999999999818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178" w:lineRule="exact" w:before="0" w:after="0"/>
              <w:ind w:left="0" w:right="0" w:firstLine="0"/>
              <w:jc w:val="center"/>
            </w:pPr>
            <w:r>
              <w:rPr>
                <w:rFonts w:ascii="Arial,Bold" w:hAnsi="Arial,Bold" w:eastAsia="Arial,Bold"/>
                <w:b/>
                <w:i w:val="0"/>
                <w:color w:val="000000"/>
                <w:sz w:val="16"/>
              </w:rPr>
              <w:t xml:space="preserve">Name </w:t>
            </w:r>
          </w:p>
        </w:tc>
        <w:tc>
          <w:tcPr>
            <w:tcW w:type="dxa" w:w="1980"/>
            <w:tcBorders>
              <w:start w:sz="4.0" w:val="single" w:color="#000000"/>
              <w:top w:sz="3.199999999999818" w:val="single" w:color="#000000"/>
              <w:end w:sz="3.200000000000273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178" w:lineRule="exact" w:before="0" w:after="0"/>
              <w:ind w:left="282" w:right="0" w:firstLine="0"/>
              <w:jc w:val="left"/>
            </w:pPr>
            <w:r>
              <w:rPr>
                <w:rFonts w:ascii="Arial,Bold" w:hAnsi="Arial,Bold" w:eastAsia="Arial,Bold"/>
                <w:b/>
                <w:i w:val="0"/>
                <w:color w:val="000000"/>
                <w:sz w:val="16"/>
              </w:rPr>
              <w:t xml:space="preserve"> Phone  Number </w:t>
            </w:r>
          </w:p>
        </w:tc>
        <w:tc>
          <w:tcPr>
            <w:tcW w:type="dxa" w:w="1620"/>
            <w:tcBorders>
              <w:start w:sz="3.200000000000273" w:val="single" w:color="#000000"/>
              <w:top w:sz="3.199999999999818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178" w:lineRule="exact" w:before="0" w:after="0"/>
              <w:ind w:left="0" w:right="0" w:firstLine="0"/>
              <w:jc w:val="center"/>
            </w:pPr>
            <w:r>
              <w:rPr>
                <w:rFonts w:ascii="Arial,Bold" w:hAnsi="Arial,Bold" w:eastAsia="Arial,Bold"/>
                <w:b/>
                <w:i w:val="0"/>
                <w:color w:val="000000"/>
                <w:sz w:val="16"/>
              </w:rPr>
              <w:t xml:space="preserve">Email </w:t>
            </w:r>
          </w:p>
        </w:tc>
      </w:tr>
      <w:tr>
        <w:trPr>
          <w:trHeight w:hRule="exact" w:val="284"/>
        </w:trPr>
        <w:tc>
          <w:tcPr>
            <w:tcW w:type="dxa" w:w="1572"/>
            <w:tcBorders>
              <w:start w:sz="3.200000000000017" w:val="single" w:color="#000000"/>
              <w:top w:sz="4.0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574"/>
            <w:tcBorders>
              <w:start w:sz="4.0" w:val="single" w:color="#000000"/>
              <w:top w:sz="4.0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24"/>
            <w:tcBorders>
              <w:start w:sz="4.0" w:val="single" w:color="#000000"/>
              <w:top w:sz="4.0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160"/>
            <w:tcBorders>
              <w:start w:sz="4.0" w:val="single" w:color="#000000"/>
              <w:top w:sz="4.0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980"/>
            <w:tcBorders>
              <w:start w:sz="4.0" w:val="single" w:color="#000000"/>
              <w:top w:sz="4.0" w:val="single" w:color="#000000"/>
              <w:end w:sz="3.200000000000273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620"/>
            <w:tcBorders>
              <w:start w:sz="3.200000000000273" w:val="single" w:color="#000000"/>
              <w:top w:sz="4.0" w:val="single" w:color="#000000"/>
              <w:end w:sz="3.199999999999818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286"/>
        </w:trPr>
        <w:tc>
          <w:tcPr>
            <w:tcW w:type="dxa" w:w="1572"/>
            <w:tcBorders>
              <w:start w:sz="3.200000000000017" w:val="single" w:color="#000000"/>
              <w:top w:sz="3.199999999999818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574"/>
            <w:tcBorders>
              <w:start w:sz="4.0" w:val="single" w:color="#000000"/>
              <w:top w:sz="3.199999999999818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24"/>
            <w:tcBorders>
              <w:start w:sz="4.0" w:val="single" w:color="#000000"/>
              <w:top w:sz="3.199999999999818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160"/>
            <w:tcBorders>
              <w:start w:sz="4.0" w:val="single" w:color="#000000"/>
              <w:top w:sz="3.199999999999818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980"/>
            <w:tcBorders>
              <w:start w:sz="4.0" w:val="single" w:color="#000000"/>
              <w:top w:sz="3.199999999999818" w:val="single" w:color="#000000"/>
              <w:end w:sz="3.200000000000273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620"/>
            <w:tcBorders>
              <w:start w:sz="3.200000000000273" w:val="single" w:color="#000000"/>
              <w:top w:sz="3.199999999999818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284"/>
        </w:trPr>
        <w:tc>
          <w:tcPr>
            <w:tcW w:type="dxa" w:w="1572"/>
            <w:tcBorders>
              <w:start w:sz="3.200000000000017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57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2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1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980"/>
            <w:tcBorders>
              <w:start w:sz="4.0" w:val="single" w:color="#000000"/>
              <w:top w:sz="4.0" w:val="single" w:color="#000000"/>
              <w:end w:sz="3.200000000000273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620"/>
            <w:tcBorders>
              <w:start w:sz="3.200000000000273" w:val="single" w:color="#000000"/>
              <w:top w:sz="4.0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widowControl/>
        <w:autoSpaceDE w:val="0"/>
        <w:autoSpaceDN w:val="0"/>
        <w:spacing w:line="268" w:lineRule="exact" w:before="6" w:after="4"/>
        <w:ind w:left="0" w:right="3232" w:firstLine="0"/>
        <w:jc w:val="right"/>
      </w:pPr>
      <w:r>
        <w:rPr>
          <w:rFonts w:ascii="Arial,Bold" w:hAnsi="Arial,Bold" w:eastAsia="Arial,Bold"/>
          <w:b/>
          <w:i w:val="0"/>
          <w:color w:val="000000"/>
          <w:sz w:val="24"/>
        </w:rPr>
        <w:t xml:space="preserve">Facilities to call back for job order </w:t>
      </w:r>
    </w:p>
    <w:tbl>
      <w:tblPr>
        <w:tblW w:type="auto" w:w="0"/>
        <w:tblInd w:w="4.000000000000057" w:type="dxa"/>
        <w:tblLayout w:type="fixed"/>
        <w:tblLook w:firstColumn="1" w:firstRow="1" w:lastColumn="0" w:lastRow="0" w:noHBand="0" w:noVBand="1" w:val="04A0"/>
      </w:tblPr>
      <w:tblGrid>
        <w:gridCol w:w="1793"/>
        <w:gridCol w:w="1793"/>
        <w:gridCol w:w="1793"/>
        <w:gridCol w:w="1793"/>
        <w:gridCol w:w="1793"/>
        <w:gridCol w:w="1793"/>
      </w:tblGrid>
      <w:tr>
        <w:trPr>
          <w:trHeight w:hRule="exact" w:val="192"/>
        </w:trPr>
        <w:tc>
          <w:tcPr>
            <w:tcW w:type="dxa" w:w="1572"/>
            <w:tcBorders>
              <w:start w:sz="3.200000000000017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180" w:lineRule="exact" w:before="0" w:after="0"/>
              <w:ind w:left="0" w:right="0" w:firstLine="0"/>
              <w:jc w:val="center"/>
            </w:pPr>
            <w:r>
              <w:rPr>
                <w:rFonts w:ascii="Arial,Bold" w:hAnsi="Arial,Bold" w:eastAsia="Arial,Bold"/>
                <w:b/>
                <w:i w:val="0"/>
                <w:color w:val="000000"/>
                <w:sz w:val="16"/>
              </w:rPr>
              <w:t xml:space="preserve">Company </w:t>
            </w:r>
          </w:p>
        </w:tc>
        <w:tc>
          <w:tcPr>
            <w:tcW w:type="dxa" w:w="157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180" w:lineRule="exact" w:before="0" w:after="0"/>
              <w:ind w:left="0" w:right="0" w:firstLine="0"/>
              <w:jc w:val="center"/>
            </w:pPr>
            <w:r>
              <w:rPr>
                <w:rFonts w:ascii="Arial,Bold" w:hAnsi="Arial,Bold" w:eastAsia="Arial,Bold"/>
                <w:b/>
                <w:i w:val="0"/>
                <w:color w:val="000000"/>
                <w:sz w:val="16"/>
              </w:rPr>
              <w:t xml:space="preserve">Contact Name </w:t>
            </w:r>
          </w:p>
        </w:tc>
        <w:tc>
          <w:tcPr>
            <w:tcW w:type="dxa" w:w="182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180" w:lineRule="exact" w:before="0" w:after="0"/>
              <w:ind w:left="0" w:right="0" w:firstLine="0"/>
              <w:jc w:val="center"/>
            </w:pPr>
            <w:r>
              <w:rPr>
                <w:rFonts w:ascii="Arial,Bold" w:hAnsi="Arial,Bold" w:eastAsia="Arial,Bold"/>
                <w:b/>
                <w:i w:val="0"/>
                <w:color w:val="000000"/>
                <w:sz w:val="16"/>
              </w:rPr>
              <w:t xml:space="preserve">Department </w:t>
            </w:r>
          </w:p>
        </w:tc>
        <w:tc>
          <w:tcPr>
            <w:tcW w:type="dxa" w:w="21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180" w:lineRule="exact" w:before="0" w:after="0"/>
              <w:ind w:left="0" w:right="0" w:firstLine="0"/>
              <w:jc w:val="center"/>
            </w:pPr>
            <w:r>
              <w:rPr>
                <w:rFonts w:ascii="Arial,Bold" w:hAnsi="Arial,Bold" w:eastAsia="Arial,Bold"/>
                <w:b/>
                <w:i w:val="0"/>
                <w:color w:val="000000"/>
                <w:sz w:val="16"/>
              </w:rPr>
              <w:t xml:space="preserve">Phone Number </w:t>
            </w:r>
          </w:p>
        </w:tc>
        <w:tc>
          <w:tcPr>
            <w:tcW w:type="dxa" w:w="1980"/>
            <w:tcBorders>
              <w:start w:sz="4.0" w:val="single" w:color="#000000"/>
              <w:top w:sz="4.0" w:val="single" w:color="#000000"/>
              <w:end w:sz="3.200000000000273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180" w:lineRule="exact" w:before="0" w:after="0"/>
              <w:ind w:left="0" w:right="0" w:firstLine="0"/>
              <w:jc w:val="center"/>
            </w:pPr>
            <w:r>
              <w:rPr>
                <w:rFonts w:ascii="Arial,Bold" w:hAnsi="Arial,Bold" w:eastAsia="Arial,Bold"/>
                <w:b/>
                <w:i w:val="0"/>
                <w:color w:val="000000"/>
                <w:sz w:val="16"/>
              </w:rPr>
              <w:t xml:space="preserve">Email </w:t>
            </w:r>
          </w:p>
        </w:tc>
        <w:tc>
          <w:tcPr>
            <w:tcW w:type="dxa" w:w="1620"/>
            <w:tcBorders>
              <w:start w:sz="3.200000000000273" w:val="single" w:color="#000000"/>
              <w:top w:sz="4.0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180" w:lineRule="exact" w:before="0" w:after="0"/>
              <w:ind w:left="0" w:right="0" w:firstLine="0"/>
              <w:jc w:val="center"/>
            </w:pPr>
            <w:r>
              <w:rPr>
                <w:rFonts w:ascii="Arial,Bold" w:hAnsi="Arial,Bold" w:eastAsia="Arial,Bold"/>
                <w:b/>
                <w:i w:val="0"/>
                <w:color w:val="000000"/>
                <w:sz w:val="16"/>
              </w:rPr>
              <w:t xml:space="preserve">Notes </w:t>
            </w:r>
          </w:p>
        </w:tc>
      </w:tr>
      <w:tr>
        <w:trPr>
          <w:trHeight w:hRule="exact" w:val="288"/>
        </w:trPr>
        <w:tc>
          <w:tcPr>
            <w:tcW w:type="dxa" w:w="1572"/>
            <w:tcBorders>
              <w:start w:sz="3.200000000000017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57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2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1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980"/>
            <w:tcBorders>
              <w:start w:sz="4.0" w:val="single" w:color="#000000"/>
              <w:top w:sz="4.0" w:val="single" w:color="#000000"/>
              <w:end w:sz="3.200000000000273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620"/>
            <w:tcBorders>
              <w:start w:sz="3.200000000000273" w:val="single" w:color="#000000"/>
              <w:top w:sz="4.0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284"/>
        </w:trPr>
        <w:tc>
          <w:tcPr>
            <w:tcW w:type="dxa" w:w="1572"/>
            <w:tcBorders>
              <w:start w:sz="3.200000000000017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57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2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1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980"/>
            <w:tcBorders>
              <w:start w:sz="4.0" w:val="single" w:color="#000000"/>
              <w:top w:sz="4.0" w:val="single" w:color="#000000"/>
              <w:end w:sz="3.200000000000273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620"/>
            <w:tcBorders>
              <w:start w:sz="3.200000000000273" w:val="single" w:color="#000000"/>
              <w:top w:sz="4.0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288"/>
        </w:trPr>
        <w:tc>
          <w:tcPr>
            <w:tcW w:type="dxa" w:w="1572"/>
            <w:tcBorders>
              <w:start w:sz="3.200000000000017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57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2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1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980"/>
            <w:tcBorders>
              <w:start w:sz="4.0" w:val="single" w:color="#000000"/>
              <w:top w:sz="4.0" w:val="single" w:color="#000000"/>
              <w:end w:sz="3.200000000000273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620"/>
            <w:tcBorders>
              <w:start w:sz="3.200000000000273" w:val="single" w:color="#000000"/>
              <w:top w:sz="4.0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286"/>
        </w:trPr>
        <w:tc>
          <w:tcPr>
            <w:tcW w:type="dxa" w:w="1572"/>
            <w:tcBorders>
              <w:start w:sz="3.200000000000017" w:val="single" w:color="#000000"/>
              <w:top w:sz="4.0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574"/>
            <w:tcBorders>
              <w:start w:sz="4.0" w:val="single" w:color="#000000"/>
              <w:top w:sz="4.0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24"/>
            <w:tcBorders>
              <w:start w:sz="4.0" w:val="single" w:color="#000000"/>
              <w:top w:sz="4.0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160"/>
            <w:tcBorders>
              <w:start w:sz="4.0" w:val="single" w:color="#000000"/>
              <w:top w:sz="4.0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980"/>
            <w:tcBorders>
              <w:start w:sz="4.0" w:val="single" w:color="#000000"/>
              <w:top w:sz="4.0" w:val="single" w:color="#000000"/>
              <w:end w:sz="3.200000000000273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620"/>
            <w:tcBorders>
              <w:start w:sz="3.200000000000273" w:val="single" w:color="#000000"/>
              <w:top w:sz="4.0" w:val="single" w:color="#000000"/>
              <w:end w:sz="3.199999999999818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widowControl/>
        <w:autoSpaceDE w:val="0"/>
        <w:autoSpaceDN w:val="0"/>
        <w:spacing w:line="268" w:lineRule="exact" w:before="2" w:after="2"/>
        <w:ind w:left="0" w:right="4138" w:firstLine="0"/>
        <w:jc w:val="right"/>
      </w:pPr>
      <w:r>
        <w:rPr>
          <w:rFonts w:ascii="Arial,Bold" w:hAnsi="Arial,Bold" w:eastAsia="Arial,Bold"/>
          <w:b/>
          <w:i w:val="0"/>
          <w:color w:val="000000"/>
          <w:sz w:val="24"/>
        </w:rPr>
        <w:t xml:space="preserve">Reference Checks </w:t>
      </w:r>
    </w:p>
    <w:tbl>
      <w:tblPr>
        <w:tblW w:type="auto" w:w="0"/>
        <w:tblInd w:w="4.000000000000057" w:type="dxa"/>
        <w:tblLayout w:type="fixed"/>
        <w:tblLook w:firstColumn="1" w:firstRow="1" w:lastColumn="0" w:lastRow="0" w:noHBand="0" w:noVBand="1" w:val="04A0"/>
      </w:tblPr>
      <w:tblGrid>
        <w:gridCol w:w="2152"/>
        <w:gridCol w:w="2152"/>
        <w:gridCol w:w="2152"/>
        <w:gridCol w:w="2152"/>
        <w:gridCol w:w="2152"/>
      </w:tblGrid>
      <w:tr>
        <w:trPr>
          <w:trHeight w:hRule="exact" w:val="196"/>
        </w:trPr>
        <w:tc>
          <w:tcPr>
            <w:tcW w:type="dxa" w:w="1914"/>
            <w:tcBorders>
              <w:start w:sz="3.200000000000017" w:val="single" w:color="#000000"/>
              <w:top w:sz="4.0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180" w:lineRule="exact" w:before="0" w:after="0"/>
              <w:ind w:left="0" w:right="0" w:firstLine="0"/>
              <w:jc w:val="center"/>
            </w:pPr>
            <w:r>
              <w:rPr>
                <w:rFonts w:ascii="Arial,Bold" w:hAnsi="Arial,Bold" w:eastAsia="Arial,Bold"/>
                <w:b/>
                <w:i w:val="0"/>
                <w:color w:val="000000"/>
                <w:sz w:val="16"/>
              </w:rPr>
              <w:t xml:space="preserve">Candidate Name </w:t>
            </w:r>
          </w:p>
        </w:tc>
        <w:tc>
          <w:tcPr>
            <w:tcW w:type="dxa" w:w="2206"/>
            <w:tcBorders>
              <w:start w:sz="4.0" w:val="single" w:color="#000000"/>
              <w:top w:sz="4.0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180" w:lineRule="exact" w:before="0" w:after="0"/>
              <w:ind w:left="0" w:right="0" w:firstLine="0"/>
              <w:jc w:val="center"/>
            </w:pPr>
            <w:r>
              <w:rPr>
                <w:rFonts w:ascii="Arial,Bold" w:hAnsi="Arial,Bold" w:eastAsia="Arial,Bold"/>
                <w:b/>
                <w:i w:val="0"/>
                <w:color w:val="000000"/>
                <w:sz w:val="16"/>
              </w:rPr>
              <w:t xml:space="preserve">Phone Number </w:t>
            </w:r>
          </w:p>
        </w:tc>
        <w:tc>
          <w:tcPr>
            <w:tcW w:type="dxa" w:w="2204"/>
            <w:tcBorders>
              <w:start w:sz="4.0" w:val="single" w:color="#000000"/>
              <w:top w:sz="4.0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180" w:lineRule="exact" w:before="0" w:after="0"/>
              <w:ind w:left="0" w:right="0" w:firstLine="0"/>
              <w:jc w:val="center"/>
            </w:pPr>
            <w:r>
              <w:rPr>
                <w:rFonts w:ascii="Arial,Bold" w:hAnsi="Arial,Bold" w:eastAsia="Arial,Bold"/>
                <w:b/>
                <w:i w:val="0"/>
                <w:color w:val="000000"/>
                <w:sz w:val="16"/>
              </w:rPr>
              <w:t xml:space="preserve">Company to Contact </w:t>
            </w:r>
          </w:p>
        </w:tc>
        <w:tc>
          <w:tcPr>
            <w:tcW w:type="dxa" w:w="2202"/>
            <w:tcBorders>
              <w:start w:sz="4.0" w:val="single" w:color="#000000"/>
              <w:top w:sz="4.0" w:val="single" w:color="#000000"/>
              <w:end w:sz="3.200000000000273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180" w:lineRule="exact" w:before="0" w:after="0"/>
              <w:ind w:left="0" w:right="0" w:firstLine="0"/>
              <w:jc w:val="center"/>
            </w:pPr>
            <w:r>
              <w:rPr>
                <w:rFonts w:ascii="Arial,Bold" w:hAnsi="Arial,Bold" w:eastAsia="Arial,Bold"/>
                <w:b/>
                <w:i w:val="0"/>
                <w:color w:val="000000"/>
                <w:sz w:val="16"/>
              </w:rPr>
              <w:t xml:space="preserve">Person to Contact </w:t>
            </w:r>
          </w:p>
        </w:tc>
        <w:tc>
          <w:tcPr>
            <w:tcW w:type="dxa" w:w="2204"/>
            <w:tcBorders>
              <w:start w:sz="3.200000000000273" w:val="single" w:color="#000000"/>
              <w:top w:sz="4.0" w:val="single" w:color="#000000"/>
              <w:end w:sz="3.199999999999818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180" w:lineRule="exact" w:before="0" w:after="0"/>
              <w:ind w:left="0" w:right="0" w:firstLine="0"/>
              <w:jc w:val="center"/>
            </w:pPr>
            <w:r>
              <w:rPr>
                <w:rFonts w:ascii="Arial,Bold" w:hAnsi="Arial,Bold" w:eastAsia="Arial,Bold"/>
                <w:b/>
                <w:i w:val="0"/>
                <w:color w:val="000000"/>
                <w:sz w:val="16"/>
              </w:rPr>
              <w:t xml:space="preserve">Phone Number </w:t>
            </w:r>
          </w:p>
        </w:tc>
      </w:tr>
      <w:tr>
        <w:trPr>
          <w:trHeight w:hRule="exact" w:val="284"/>
        </w:trPr>
        <w:tc>
          <w:tcPr>
            <w:tcW w:type="dxa" w:w="1914"/>
            <w:tcBorders>
              <w:start w:sz="3.200000000000017" w:val="single" w:color="#000000"/>
              <w:top w:sz="3.199999999999818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206"/>
            <w:tcBorders>
              <w:start w:sz="4.0" w:val="single" w:color="#000000"/>
              <w:top w:sz="3.199999999999818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204"/>
            <w:tcBorders>
              <w:start w:sz="4.0" w:val="single" w:color="#000000"/>
              <w:top w:sz="3.199999999999818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202"/>
            <w:tcBorders>
              <w:start w:sz="4.0" w:val="single" w:color="#000000"/>
              <w:top w:sz="3.199999999999818" w:val="single" w:color="#000000"/>
              <w:end w:sz="3.200000000000273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204"/>
            <w:tcBorders>
              <w:start w:sz="3.200000000000273" w:val="single" w:color="#000000"/>
              <w:top w:sz="3.199999999999818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288"/>
        </w:trPr>
        <w:tc>
          <w:tcPr>
            <w:tcW w:type="dxa" w:w="1914"/>
            <w:tcBorders>
              <w:start w:sz="3.200000000000017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20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20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202"/>
            <w:tcBorders>
              <w:start w:sz="4.0" w:val="single" w:color="#000000"/>
              <w:top w:sz="4.0" w:val="single" w:color="#000000"/>
              <w:end w:sz="3.200000000000273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204"/>
            <w:tcBorders>
              <w:start w:sz="3.200000000000273" w:val="single" w:color="#000000"/>
              <w:top w:sz="4.0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266"/>
        </w:trPr>
        <w:tc>
          <w:tcPr>
            <w:tcW w:type="dxa" w:w="1914"/>
            <w:tcBorders>
              <w:start w:sz="3.200000000000017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20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20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202"/>
            <w:tcBorders>
              <w:start w:sz="4.0" w:val="single" w:color="#000000"/>
              <w:top w:sz="4.0" w:val="single" w:color="#000000"/>
              <w:end w:sz="3.200000000000273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204"/>
            <w:tcBorders>
              <w:start w:sz="3.200000000000273" w:val="single" w:color="#000000"/>
              <w:top w:sz="4.0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widowControl/>
        <w:autoSpaceDE w:val="0"/>
        <w:autoSpaceDN w:val="0"/>
        <w:spacing w:line="14" w:lineRule="exact" w:before="0" w:after="0"/>
        <w:ind w:left="0" w:right="0"/>
      </w:pPr>
    </w:p>
    <w:p>
      <w:pPr>
        <w:sectPr>
          <w:headerReference w:type="default" r:id="rId9"/>
          <w:headerReference w:type="first" r:id="rId14"/>
          <w:footerReference w:type="default" r:id="rId10"/>
          <w:pgSz w:w="12240" w:h="20160"/>
          <w:pgMar w:top="1720" w:right="874" w:bottom="1440" w:left="608" w:header="620" w:footer="560" w:gutter="0"/>
          <w:cols/>
          <w:titlePg/>
          <w:docGrid w:linePitch="360"/>
        </w:sectPr>
      </w:pPr>
    </w:p>
    <w:p>
      <w:pPr>
        <w:widowControl/>
        <w:autoSpaceDE w:val="0"/>
        <w:autoSpaceDN w:val="0"/>
        <w:spacing w:line="182" w:lineRule="exact" w:before="0" w:after="0"/>
        <w:ind w:left="0" w:right="0"/>
      </w:pPr>
    </w:p>
    <w:p>
      <w:pPr>
        <w:widowControl/>
        <w:autoSpaceDE w:val="0"/>
        <w:autoSpaceDN w:val="0"/>
        <w:spacing w:line="268" w:lineRule="exact" w:before="0" w:after="0"/>
        <w:ind w:left="1272" w:right="0" w:firstLine="0"/>
        <w:jc w:val="left"/>
      </w:pPr>
      <w:r>
        <w:rPr>
          <w:rFonts w:ascii="Arial,Bold" w:hAnsi="Arial,Bold" w:eastAsia="Arial,Bold"/>
          <w:b/>
          <w:i w:val="0"/>
          <w:color w:val="000000"/>
          <w:sz w:val="24"/>
        </w:rPr>
        <w:t xml:space="preserve">Monthly Target: ______Placements       Placements to Date:  #:_________ </w:t>
      </w:r>
    </w:p>
    <w:p>
      <w:pPr>
        <w:widowControl/>
        <w:autoSpaceDE w:val="0"/>
        <w:autoSpaceDN w:val="0"/>
        <w:spacing w:line="268" w:lineRule="exact" w:before="284" w:after="2"/>
        <w:ind w:left="2080" w:right="0" w:firstLine="0"/>
        <w:jc w:val="left"/>
      </w:pPr>
      <w:r>
        <w:rPr>
          <w:rFonts w:ascii="Arial,Bold" w:hAnsi="Arial,Bold" w:eastAsia="Arial,Bold"/>
          <w:b/>
          <w:i w:val="0"/>
          <w:color w:val="000000"/>
          <w:sz w:val="24"/>
        </w:rPr>
        <w:t xml:space="preserve">Interviews to arrange after candidates have been marketed </w:t>
      </w:r>
    </w:p>
    <w:tbl>
      <w:tblPr>
        <w:tblW w:type="auto" w:w="0"/>
        <w:tblInd w:w="207.99999999999997" w:type="dxa"/>
        <w:tblLayout w:type="fixed"/>
        <w:tblLook w:firstColumn="1" w:firstRow="1" w:lastColumn="0" w:lastRow="0" w:noHBand="0" w:noVBand="1" w:val="04A0"/>
      </w:tblPr>
      <w:tblGrid>
        <w:gridCol w:w="1839"/>
        <w:gridCol w:w="1839"/>
        <w:gridCol w:w="1839"/>
        <w:gridCol w:w="1839"/>
        <w:gridCol w:w="1839"/>
        <w:gridCol w:w="1839"/>
      </w:tblGrid>
      <w:tr>
        <w:trPr>
          <w:trHeight w:hRule="exact" w:val="194"/>
        </w:trPr>
        <w:tc>
          <w:tcPr>
            <w:tcW w:type="dxa" w:w="1982"/>
            <w:tcBorders>
              <w:start w:sz="3.2000000000000455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180" w:lineRule="exact" w:before="0" w:after="0"/>
              <w:ind w:left="0" w:right="0" w:firstLine="0"/>
              <w:jc w:val="center"/>
            </w:pPr>
            <w:r>
              <w:rPr>
                <w:rFonts w:ascii="Arial,Bold" w:hAnsi="Arial,Bold" w:eastAsia="Arial,Bold"/>
                <w:b/>
                <w:i w:val="0"/>
                <w:color w:val="000000"/>
                <w:sz w:val="16"/>
              </w:rPr>
              <w:t xml:space="preserve">Candidate Name </w:t>
            </w:r>
          </w:p>
        </w:tc>
        <w:tc>
          <w:tcPr>
            <w:tcW w:type="dxa" w:w="12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180" w:lineRule="exact" w:before="0" w:after="0"/>
              <w:ind w:left="0" w:right="0" w:firstLine="0"/>
              <w:jc w:val="center"/>
            </w:pPr>
            <w:r>
              <w:rPr>
                <w:rFonts w:ascii="Arial,Bold" w:hAnsi="Arial,Bold" w:eastAsia="Arial,Bold"/>
                <w:b/>
                <w:i w:val="0"/>
                <w:color w:val="000000"/>
                <w:sz w:val="16"/>
              </w:rPr>
              <w:t xml:space="preserve">Code </w:t>
            </w:r>
          </w:p>
        </w:tc>
        <w:tc>
          <w:tcPr>
            <w:tcW w:type="dxa" w:w="180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180" w:lineRule="exact" w:before="0" w:after="0"/>
              <w:ind w:left="0" w:right="0" w:firstLine="0"/>
              <w:jc w:val="center"/>
            </w:pPr>
            <w:r>
              <w:rPr>
                <w:rFonts w:ascii="Arial,Bold" w:hAnsi="Arial,Bold" w:eastAsia="Arial,Bold"/>
                <w:b/>
                <w:i w:val="0"/>
                <w:color w:val="000000"/>
                <w:sz w:val="16"/>
              </w:rPr>
              <w:t xml:space="preserve">Phone Number </w:t>
            </w:r>
          </w:p>
        </w:tc>
        <w:tc>
          <w:tcPr>
            <w:tcW w:type="dxa" w:w="198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180" w:lineRule="exact" w:before="0" w:after="0"/>
              <w:ind w:left="0" w:right="0" w:firstLine="0"/>
              <w:jc w:val="center"/>
            </w:pPr>
            <w:r>
              <w:rPr>
                <w:rFonts w:ascii="Arial,Bold" w:hAnsi="Arial,Bold" w:eastAsia="Arial,Bold"/>
                <w:b/>
                <w:i w:val="0"/>
                <w:color w:val="000000"/>
                <w:sz w:val="16"/>
              </w:rPr>
              <w:t xml:space="preserve">Company Name </w:t>
            </w:r>
          </w:p>
        </w:tc>
        <w:tc>
          <w:tcPr>
            <w:tcW w:type="dxa" w:w="1800"/>
            <w:tcBorders>
              <w:start w:sz="4.0" w:val="single" w:color="#000000"/>
              <w:top w:sz="4.0" w:val="single" w:color="#000000"/>
              <w:end w:sz="3.200000000000273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180" w:lineRule="exact" w:before="0" w:after="0"/>
              <w:ind w:left="0" w:right="0" w:firstLine="0"/>
              <w:jc w:val="center"/>
            </w:pPr>
            <w:r>
              <w:rPr>
                <w:rFonts w:ascii="Arial,Bold" w:hAnsi="Arial,Bold" w:eastAsia="Arial,Bold"/>
                <w:b/>
                <w:i w:val="0"/>
                <w:color w:val="000000"/>
                <w:sz w:val="16"/>
              </w:rPr>
              <w:t xml:space="preserve">Contact Name </w:t>
            </w:r>
          </w:p>
        </w:tc>
        <w:tc>
          <w:tcPr>
            <w:tcW w:type="dxa" w:w="1800"/>
            <w:tcBorders>
              <w:start w:sz="3.200000000000273" w:val="single" w:color="#000000"/>
              <w:top w:sz="4.0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180" w:lineRule="exact" w:before="0" w:after="0"/>
              <w:ind w:left="0" w:right="0" w:firstLine="0"/>
              <w:jc w:val="center"/>
            </w:pPr>
            <w:r>
              <w:rPr>
                <w:rFonts w:ascii="Arial,Bold" w:hAnsi="Arial,Bold" w:eastAsia="Arial,Bold"/>
                <w:b/>
                <w:i w:val="0"/>
                <w:color w:val="000000"/>
                <w:sz w:val="16"/>
              </w:rPr>
              <w:t xml:space="preserve">Phone Number </w:t>
            </w:r>
          </w:p>
        </w:tc>
      </w:tr>
      <w:tr>
        <w:trPr>
          <w:trHeight w:hRule="exact" w:val="288"/>
        </w:trPr>
        <w:tc>
          <w:tcPr>
            <w:tcW w:type="dxa" w:w="1982"/>
            <w:tcBorders>
              <w:start w:sz="3.2000000000000455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2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0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98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00"/>
            <w:tcBorders>
              <w:start w:sz="4.0" w:val="single" w:color="#000000"/>
              <w:top w:sz="4.0" w:val="single" w:color="#000000"/>
              <w:end w:sz="3.200000000000273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00"/>
            <w:tcBorders>
              <w:start w:sz="3.200000000000273" w:val="single" w:color="#000000"/>
              <w:top w:sz="4.0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286"/>
        </w:trPr>
        <w:tc>
          <w:tcPr>
            <w:tcW w:type="dxa" w:w="1982"/>
            <w:tcBorders>
              <w:start w:sz="3.2000000000000455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2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0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98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00"/>
            <w:tcBorders>
              <w:start w:sz="4.0" w:val="single" w:color="#000000"/>
              <w:top w:sz="4.0" w:val="single" w:color="#000000"/>
              <w:end w:sz="3.200000000000273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00"/>
            <w:tcBorders>
              <w:start w:sz="3.200000000000273" w:val="single" w:color="#000000"/>
              <w:top w:sz="4.0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284"/>
        </w:trPr>
        <w:tc>
          <w:tcPr>
            <w:tcW w:type="dxa" w:w="1982"/>
            <w:tcBorders>
              <w:start w:sz="3.2000000000000455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2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0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98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00"/>
            <w:tcBorders>
              <w:start w:sz="4.0" w:val="single" w:color="#000000"/>
              <w:top w:sz="4.0" w:val="single" w:color="#000000"/>
              <w:end w:sz="3.200000000000273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00"/>
            <w:tcBorders>
              <w:start w:sz="3.200000000000273" w:val="single" w:color="#000000"/>
              <w:top w:sz="4.0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286"/>
        </w:trPr>
        <w:tc>
          <w:tcPr>
            <w:tcW w:type="dxa" w:w="1982"/>
            <w:tcBorders>
              <w:start w:sz="3.2000000000000455" w:val="single" w:color="#000000"/>
              <w:top w:sz="4.0" w:val="single" w:color="#000000"/>
              <w:end w:sz="4.0" w:val="single" w:color="#000000"/>
              <w:bottom w:sz="3.2000000000000455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260"/>
            <w:tcBorders>
              <w:start w:sz="4.0" w:val="single" w:color="#000000"/>
              <w:top w:sz="4.0" w:val="single" w:color="#000000"/>
              <w:end w:sz="4.0" w:val="single" w:color="#000000"/>
              <w:bottom w:sz="3.2000000000000455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00"/>
            <w:tcBorders>
              <w:start w:sz="4.0" w:val="single" w:color="#000000"/>
              <w:top w:sz="4.0" w:val="single" w:color="#000000"/>
              <w:end w:sz="4.0" w:val="single" w:color="#000000"/>
              <w:bottom w:sz="3.2000000000000455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980"/>
            <w:tcBorders>
              <w:start w:sz="4.0" w:val="single" w:color="#000000"/>
              <w:top w:sz="4.0" w:val="single" w:color="#000000"/>
              <w:end w:sz="4.0" w:val="single" w:color="#000000"/>
              <w:bottom w:sz="3.2000000000000455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00"/>
            <w:tcBorders>
              <w:start w:sz="4.0" w:val="single" w:color="#000000"/>
              <w:top w:sz="4.0" w:val="single" w:color="#000000"/>
              <w:end w:sz="3.200000000000273" w:val="single" w:color="#000000"/>
              <w:bottom w:sz="3.2000000000000455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00"/>
            <w:tcBorders>
              <w:start w:sz="3.200000000000273" w:val="single" w:color="#000000"/>
              <w:top w:sz="4.0" w:val="single" w:color="#000000"/>
              <w:end w:sz="3.199999999999818" w:val="single" w:color="#000000"/>
              <w:bottom w:sz="3.2000000000000455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288"/>
        </w:trPr>
        <w:tc>
          <w:tcPr>
            <w:tcW w:type="dxa" w:w="1982"/>
            <w:tcBorders>
              <w:start w:sz="3.2000000000000455" w:val="single" w:color="#000000"/>
              <w:top w:sz="3.2000000000000455" w:val="single" w:color="#000000"/>
              <w:end w:sz="4.0" w:val="single" w:color="#000000"/>
              <w:bottom w:sz="3.2000000000000455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260"/>
            <w:tcBorders>
              <w:start w:sz="4.0" w:val="single" w:color="#000000"/>
              <w:top w:sz="3.2000000000000455" w:val="single" w:color="#000000"/>
              <w:end w:sz="4.0" w:val="single" w:color="#000000"/>
              <w:bottom w:sz="3.2000000000000455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00"/>
            <w:tcBorders>
              <w:start w:sz="4.0" w:val="single" w:color="#000000"/>
              <w:top w:sz="3.2000000000000455" w:val="single" w:color="#000000"/>
              <w:end w:sz="4.0" w:val="single" w:color="#000000"/>
              <w:bottom w:sz="3.2000000000000455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980"/>
            <w:tcBorders>
              <w:start w:sz="4.0" w:val="single" w:color="#000000"/>
              <w:top w:sz="3.2000000000000455" w:val="single" w:color="#000000"/>
              <w:end w:sz="4.0" w:val="single" w:color="#000000"/>
              <w:bottom w:sz="3.2000000000000455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00"/>
            <w:tcBorders>
              <w:start w:sz="4.0" w:val="single" w:color="#000000"/>
              <w:top w:sz="3.2000000000000455" w:val="single" w:color="#000000"/>
              <w:end w:sz="3.200000000000273" w:val="single" w:color="#000000"/>
              <w:bottom w:sz="3.2000000000000455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00"/>
            <w:tcBorders>
              <w:start w:sz="3.200000000000273" w:val="single" w:color="#000000"/>
              <w:top w:sz="3.2000000000000455" w:val="single" w:color="#000000"/>
              <w:end w:sz="3.199999999999818" w:val="single" w:color="#000000"/>
              <w:bottom w:sz="3.2000000000000455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286"/>
        </w:trPr>
        <w:tc>
          <w:tcPr>
            <w:tcW w:type="dxa" w:w="1982"/>
            <w:tcBorders>
              <w:start w:sz="3.2000000000000455" w:val="single" w:color="#000000"/>
              <w:top w:sz="3.2000000000000455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260"/>
            <w:tcBorders>
              <w:start w:sz="4.0" w:val="single" w:color="#000000"/>
              <w:top w:sz="3.2000000000000455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00"/>
            <w:tcBorders>
              <w:start w:sz="4.0" w:val="single" w:color="#000000"/>
              <w:top w:sz="3.2000000000000455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980"/>
            <w:tcBorders>
              <w:start w:sz="4.0" w:val="single" w:color="#000000"/>
              <w:top w:sz="3.2000000000000455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00"/>
            <w:tcBorders>
              <w:start w:sz="4.0" w:val="single" w:color="#000000"/>
              <w:top w:sz="3.2000000000000455" w:val="single" w:color="#000000"/>
              <w:end w:sz="3.200000000000273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00"/>
            <w:tcBorders>
              <w:start w:sz="3.200000000000273" w:val="single" w:color="#000000"/>
              <w:top w:sz="3.2000000000000455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284"/>
        </w:trPr>
        <w:tc>
          <w:tcPr>
            <w:tcW w:type="dxa" w:w="1982"/>
            <w:tcBorders>
              <w:start w:sz="3.2000000000000455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2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0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98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00"/>
            <w:tcBorders>
              <w:start w:sz="4.0" w:val="single" w:color="#000000"/>
              <w:top w:sz="4.0" w:val="single" w:color="#000000"/>
              <w:end w:sz="3.200000000000273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00"/>
            <w:tcBorders>
              <w:start w:sz="3.200000000000273" w:val="single" w:color="#000000"/>
              <w:top w:sz="4.0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288"/>
        </w:trPr>
        <w:tc>
          <w:tcPr>
            <w:tcW w:type="dxa" w:w="1982"/>
            <w:tcBorders>
              <w:start w:sz="3.2000000000000455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2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0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98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00"/>
            <w:tcBorders>
              <w:start w:sz="4.0" w:val="single" w:color="#000000"/>
              <w:top w:sz="4.0" w:val="single" w:color="#000000"/>
              <w:end w:sz="3.200000000000273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00"/>
            <w:tcBorders>
              <w:start w:sz="3.200000000000273" w:val="single" w:color="#000000"/>
              <w:top w:sz="4.0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widowControl/>
        <w:autoSpaceDE w:val="0"/>
        <w:autoSpaceDN w:val="0"/>
        <w:spacing w:line="266" w:lineRule="exact" w:before="2" w:after="6"/>
        <w:ind w:left="1552" w:right="0" w:firstLine="0"/>
        <w:jc w:val="left"/>
      </w:pPr>
      <w:r>
        <w:rPr>
          <w:rFonts w:ascii="Arial,Bold" w:hAnsi="Arial,Bold" w:eastAsia="Arial,Bold"/>
          <w:b/>
          <w:i w:val="0"/>
          <w:color w:val="000000"/>
          <w:sz w:val="24"/>
        </w:rPr>
        <w:t xml:space="preserve">Interviews Scheduled for Future (Need to be prepped for interviews) </w:t>
      </w:r>
    </w:p>
    <w:tbl>
      <w:tblPr>
        <w:tblW w:type="auto" w:w="0"/>
        <w:tblInd w:w="207.99999999999997" w:type="dxa"/>
        <w:tblLayout w:type="fixed"/>
        <w:tblLook w:firstColumn="1" w:firstRow="1" w:lastColumn="0" w:lastRow="0" w:noHBand="0" w:noVBand="1" w:val="04A0"/>
      </w:tblPr>
      <w:tblGrid>
        <w:gridCol w:w="1576"/>
        <w:gridCol w:w="1576"/>
        <w:gridCol w:w="1576"/>
        <w:gridCol w:w="1576"/>
        <w:gridCol w:w="1576"/>
        <w:gridCol w:w="1576"/>
        <w:gridCol w:w="1576"/>
      </w:tblGrid>
      <w:tr>
        <w:trPr>
          <w:trHeight w:hRule="exact" w:val="194"/>
        </w:trPr>
        <w:tc>
          <w:tcPr>
            <w:tcW w:type="dxa" w:w="1876"/>
            <w:tcBorders>
              <w:start w:sz="3.2000000000000455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178" w:lineRule="exact" w:before="0" w:after="0"/>
              <w:ind w:left="0" w:right="0" w:firstLine="0"/>
              <w:jc w:val="center"/>
            </w:pPr>
            <w:r>
              <w:rPr>
                <w:rFonts w:ascii="Arial,Bold" w:hAnsi="Arial,Bold" w:eastAsia="Arial,Bold"/>
                <w:b/>
                <w:i w:val="0"/>
                <w:color w:val="000000"/>
                <w:sz w:val="16"/>
              </w:rPr>
              <w:t xml:space="preserve">Candidate Name </w:t>
            </w:r>
          </w:p>
        </w:tc>
        <w:tc>
          <w:tcPr>
            <w:tcW w:type="dxa" w:w="774"/>
            <w:tcBorders>
              <w:start w:sz="4.0" w:val="single" w:color="#000000"/>
              <w:top w:sz="4.0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178" w:lineRule="exact" w:before="0" w:after="0"/>
              <w:ind w:left="0" w:right="0" w:firstLine="0"/>
              <w:jc w:val="center"/>
            </w:pPr>
            <w:r>
              <w:rPr>
                <w:rFonts w:ascii="Arial,Bold" w:hAnsi="Arial,Bold" w:eastAsia="Arial,Bold"/>
                <w:b/>
                <w:i w:val="0"/>
                <w:color w:val="000000"/>
                <w:sz w:val="16"/>
              </w:rPr>
              <w:t xml:space="preserve">Date </w:t>
            </w:r>
          </w:p>
        </w:tc>
        <w:tc>
          <w:tcPr>
            <w:tcW w:type="dxa" w:w="592"/>
            <w:tcBorders>
              <w:start w:sz="3.199999999999818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178" w:lineRule="exact" w:before="0" w:after="0"/>
              <w:ind w:left="0" w:right="0" w:firstLine="0"/>
              <w:jc w:val="center"/>
            </w:pPr>
            <w:r>
              <w:rPr>
                <w:rFonts w:ascii="Arial,Bold" w:hAnsi="Arial,Bold" w:eastAsia="Arial,Bold"/>
                <w:b/>
                <w:i w:val="0"/>
                <w:color w:val="000000"/>
                <w:sz w:val="16"/>
              </w:rPr>
              <w:t xml:space="preserve">Time </w:t>
            </w:r>
          </w:p>
        </w:tc>
        <w:tc>
          <w:tcPr>
            <w:tcW w:type="dxa" w:w="15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178" w:lineRule="exact" w:before="0" w:after="0"/>
              <w:ind w:left="0" w:right="0" w:firstLine="0"/>
              <w:jc w:val="center"/>
            </w:pPr>
            <w:r>
              <w:rPr>
                <w:rFonts w:ascii="Arial,Bold" w:hAnsi="Arial,Bold" w:eastAsia="Arial,Bold"/>
                <w:b/>
                <w:i w:val="0"/>
                <w:color w:val="000000"/>
                <w:sz w:val="16"/>
              </w:rPr>
              <w:t xml:space="preserve">Phone Number </w:t>
            </w:r>
          </w:p>
        </w:tc>
        <w:tc>
          <w:tcPr>
            <w:tcW w:type="dxa" w:w="1778"/>
            <w:tcBorders>
              <w:start w:sz="4.0" w:val="single" w:color="#000000"/>
              <w:top w:sz="4.0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178" w:lineRule="exact" w:before="0" w:after="0"/>
              <w:ind w:left="0" w:right="0" w:firstLine="0"/>
              <w:jc w:val="center"/>
            </w:pPr>
            <w:r>
              <w:rPr>
                <w:rFonts w:ascii="Arial,Bold" w:hAnsi="Arial,Bold" w:eastAsia="Arial,Bold"/>
                <w:b/>
                <w:i w:val="0"/>
                <w:color w:val="000000"/>
                <w:sz w:val="16"/>
              </w:rPr>
              <w:t xml:space="preserve">Company Name </w:t>
            </w:r>
          </w:p>
        </w:tc>
        <w:tc>
          <w:tcPr>
            <w:tcW w:type="dxa" w:w="1858"/>
            <w:tcBorders>
              <w:start w:sz="3.199999999999818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178" w:lineRule="exact" w:before="0" w:after="0"/>
              <w:ind w:left="0" w:right="0" w:firstLine="0"/>
              <w:jc w:val="center"/>
            </w:pPr>
            <w:r>
              <w:rPr>
                <w:rFonts w:ascii="Arial,Bold" w:hAnsi="Arial,Bold" w:eastAsia="Arial,Bold"/>
                <w:b/>
                <w:i w:val="0"/>
                <w:color w:val="000000"/>
                <w:sz w:val="16"/>
              </w:rPr>
              <w:t xml:space="preserve">Contact Name </w:t>
            </w:r>
          </w:p>
        </w:tc>
        <w:tc>
          <w:tcPr>
            <w:tcW w:type="dxa" w:w="2184"/>
            <w:tcBorders>
              <w:start w:sz="4.0" w:val="single" w:color="#000000"/>
              <w:top w:sz="4.0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178" w:lineRule="exact" w:before="0" w:after="0"/>
              <w:ind w:left="0" w:right="0" w:firstLine="0"/>
              <w:jc w:val="center"/>
            </w:pPr>
            <w:r>
              <w:rPr>
                <w:rFonts w:ascii="Arial,Bold" w:hAnsi="Arial,Bold" w:eastAsia="Arial,Bold"/>
                <w:b/>
                <w:i w:val="0"/>
                <w:color w:val="000000"/>
                <w:sz w:val="16"/>
              </w:rPr>
              <w:t xml:space="preserve">Phone Number </w:t>
            </w:r>
          </w:p>
        </w:tc>
      </w:tr>
      <w:tr>
        <w:trPr>
          <w:trHeight w:hRule="exact" w:val="286"/>
        </w:trPr>
        <w:tc>
          <w:tcPr>
            <w:tcW w:type="dxa" w:w="1876"/>
            <w:tcBorders>
              <w:start w:sz="3.2000000000000455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74"/>
            <w:tcBorders>
              <w:start w:sz="4.0" w:val="single" w:color="#000000"/>
              <w:top w:sz="4.0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592"/>
            <w:tcBorders>
              <w:start w:sz="3.199999999999818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5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778"/>
            <w:tcBorders>
              <w:start w:sz="4.0" w:val="single" w:color="#000000"/>
              <w:top w:sz="4.0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58"/>
            <w:tcBorders>
              <w:start w:sz="3.199999999999818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184"/>
            <w:tcBorders>
              <w:start w:sz="4.0" w:val="single" w:color="#000000"/>
              <w:top w:sz="4.0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284"/>
        </w:trPr>
        <w:tc>
          <w:tcPr>
            <w:tcW w:type="dxa" w:w="1876"/>
            <w:tcBorders>
              <w:start w:sz="3.2000000000000455" w:val="single" w:color="#000000"/>
              <w:top w:sz="4.0" w:val="single" w:color="#000000"/>
              <w:end w:sz="4.0" w:val="single" w:color="#000000"/>
              <w:bottom w:sz="3.2000000000000455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74"/>
            <w:tcBorders>
              <w:start w:sz="4.0" w:val="single" w:color="#000000"/>
              <w:top w:sz="4.0" w:val="single" w:color="#000000"/>
              <w:end w:sz="3.199999999999818" w:val="single" w:color="#000000"/>
              <w:bottom w:sz="3.2000000000000455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592"/>
            <w:tcBorders>
              <w:start w:sz="3.199999999999818" w:val="single" w:color="#000000"/>
              <w:top w:sz="4.0" w:val="single" w:color="#000000"/>
              <w:end w:sz="4.0" w:val="single" w:color="#000000"/>
              <w:bottom w:sz="3.2000000000000455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560"/>
            <w:tcBorders>
              <w:start w:sz="4.0" w:val="single" w:color="#000000"/>
              <w:top w:sz="4.0" w:val="single" w:color="#000000"/>
              <w:end w:sz="4.0" w:val="single" w:color="#000000"/>
              <w:bottom w:sz="3.2000000000000455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778"/>
            <w:tcBorders>
              <w:start w:sz="4.0" w:val="single" w:color="#000000"/>
              <w:top w:sz="4.0" w:val="single" w:color="#000000"/>
              <w:end w:sz="3.199999999999818" w:val="single" w:color="#000000"/>
              <w:bottom w:sz="3.2000000000000455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58"/>
            <w:tcBorders>
              <w:start w:sz="3.199999999999818" w:val="single" w:color="#000000"/>
              <w:top w:sz="4.0" w:val="single" w:color="#000000"/>
              <w:end w:sz="4.0" w:val="single" w:color="#000000"/>
              <w:bottom w:sz="3.2000000000000455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184"/>
            <w:tcBorders>
              <w:start w:sz="4.0" w:val="single" w:color="#000000"/>
              <w:top w:sz="4.0" w:val="single" w:color="#000000"/>
              <w:end w:sz="3.199999999999818" w:val="single" w:color="#000000"/>
              <w:bottom w:sz="3.2000000000000455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288"/>
        </w:trPr>
        <w:tc>
          <w:tcPr>
            <w:tcW w:type="dxa" w:w="1876"/>
            <w:tcBorders>
              <w:start w:sz="3.2000000000000455" w:val="single" w:color="#000000"/>
              <w:top w:sz="3.2000000000000455" w:val="single" w:color="#000000"/>
              <w:end w:sz="4.0" w:val="single" w:color="#000000"/>
              <w:bottom w:sz="3.2000000000000455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74"/>
            <w:tcBorders>
              <w:start w:sz="4.0" w:val="single" w:color="#000000"/>
              <w:top w:sz="3.2000000000000455" w:val="single" w:color="#000000"/>
              <w:end w:sz="3.199999999999818" w:val="single" w:color="#000000"/>
              <w:bottom w:sz="3.2000000000000455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592"/>
            <w:tcBorders>
              <w:start w:sz="3.199999999999818" w:val="single" w:color="#000000"/>
              <w:top w:sz="3.2000000000000455" w:val="single" w:color="#000000"/>
              <w:end w:sz="4.0" w:val="single" w:color="#000000"/>
              <w:bottom w:sz="3.2000000000000455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560"/>
            <w:tcBorders>
              <w:start w:sz="4.0" w:val="single" w:color="#000000"/>
              <w:top w:sz="3.2000000000000455" w:val="single" w:color="#000000"/>
              <w:end w:sz="4.0" w:val="single" w:color="#000000"/>
              <w:bottom w:sz="3.2000000000000455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778"/>
            <w:tcBorders>
              <w:start w:sz="4.0" w:val="single" w:color="#000000"/>
              <w:top w:sz="3.2000000000000455" w:val="single" w:color="#000000"/>
              <w:end w:sz="3.199999999999818" w:val="single" w:color="#000000"/>
              <w:bottom w:sz="3.2000000000000455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58"/>
            <w:tcBorders>
              <w:start w:sz="3.199999999999818" w:val="single" w:color="#000000"/>
              <w:top w:sz="3.2000000000000455" w:val="single" w:color="#000000"/>
              <w:end w:sz="4.0" w:val="single" w:color="#000000"/>
              <w:bottom w:sz="3.2000000000000455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184"/>
            <w:tcBorders>
              <w:start w:sz="4.0" w:val="single" w:color="#000000"/>
              <w:top w:sz="3.2000000000000455" w:val="single" w:color="#000000"/>
              <w:end w:sz="3.199999999999818" w:val="single" w:color="#000000"/>
              <w:bottom w:sz="3.2000000000000455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284"/>
        </w:trPr>
        <w:tc>
          <w:tcPr>
            <w:tcW w:type="dxa" w:w="1876"/>
            <w:tcBorders>
              <w:start w:sz="3.2000000000000455" w:val="single" w:color="#000000"/>
              <w:top w:sz="3.2000000000000455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74"/>
            <w:tcBorders>
              <w:start w:sz="4.0" w:val="single" w:color="#000000"/>
              <w:top w:sz="3.2000000000000455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592"/>
            <w:tcBorders>
              <w:start w:sz="3.199999999999818" w:val="single" w:color="#000000"/>
              <w:top w:sz="3.2000000000000455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560"/>
            <w:tcBorders>
              <w:start w:sz="4.0" w:val="single" w:color="#000000"/>
              <w:top w:sz="3.2000000000000455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778"/>
            <w:tcBorders>
              <w:start w:sz="4.0" w:val="single" w:color="#000000"/>
              <w:top w:sz="3.2000000000000455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58"/>
            <w:tcBorders>
              <w:start w:sz="3.199999999999818" w:val="single" w:color="#000000"/>
              <w:top w:sz="3.2000000000000455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184"/>
            <w:tcBorders>
              <w:start w:sz="4.0" w:val="single" w:color="#000000"/>
              <w:top w:sz="3.2000000000000455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286"/>
        </w:trPr>
        <w:tc>
          <w:tcPr>
            <w:tcW w:type="dxa" w:w="1876"/>
            <w:tcBorders>
              <w:start w:sz="3.2000000000000455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74"/>
            <w:tcBorders>
              <w:start w:sz="4.0" w:val="single" w:color="#000000"/>
              <w:top w:sz="4.0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592"/>
            <w:tcBorders>
              <w:start w:sz="3.199999999999818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5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778"/>
            <w:tcBorders>
              <w:start w:sz="4.0" w:val="single" w:color="#000000"/>
              <w:top w:sz="4.0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58"/>
            <w:tcBorders>
              <w:start w:sz="3.199999999999818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184"/>
            <w:tcBorders>
              <w:start w:sz="4.0" w:val="single" w:color="#000000"/>
              <w:top w:sz="4.0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288"/>
        </w:trPr>
        <w:tc>
          <w:tcPr>
            <w:tcW w:type="dxa" w:w="1876"/>
            <w:tcBorders>
              <w:start w:sz="3.2000000000000455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74"/>
            <w:tcBorders>
              <w:start w:sz="4.0" w:val="single" w:color="#000000"/>
              <w:top w:sz="4.0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592"/>
            <w:tcBorders>
              <w:start w:sz="3.199999999999818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5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778"/>
            <w:tcBorders>
              <w:start w:sz="4.0" w:val="single" w:color="#000000"/>
              <w:top w:sz="4.0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58"/>
            <w:tcBorders>
              <w:start w:sz="3.199999999999818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184"/>
            <w:tcBorders>
              <w:start w:sz="4.0" w:val="single" w:color="#000000"/>
              <w:top w:sz="4.0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286"/>
        </w:trPr>
        <w:tc>
          <w:tcPr>
            <w:tcW w:type="dxa" w:w="1876"/>
            <w:tcBorders>
              <w:start w:sz="3.2000000000000455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74"/>
            <w:tcBorders>
              <w:start w:sz="4.0" w:val="single" w:color="#000000"/>
              <w:top w:sz="4.0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592"/>
            <w:tcBorders>
              <w:start w:sz="3.199999999999818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5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778"/>
            <w:tcBorders>
              <w:start w:sz="4.0" w:val="single" w:color="#000000"/>
              <w:top w:sz="4.0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58"/>
            <w:tcBorders>
              <w:start w:sz="3.199999999999818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184"/>
            <w:tcBorders>
              <w:start w:sz="4.0" w:val="single" w:color="#000000"/>
              <w:top w:sz="4.0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284"/>
        </w:trPr>
        <w:tc>
          <w:tcPr>
            <w:tcW w:type="dxa" w:w="1876"/>
            <w:tcBorders>
              <w:start w:sz="3.2000000000000455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74"/>
            <w:tcBorders>
              <w:start w:sz="4.0" w:val="single" w:color="#000000"/>
              <w:top w:sz="4.0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592"/>
            <w:tcBorders>
              <w:start w:sz="3.199999999999818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5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778"/>
            <w:tcBorders>
              <w:start w:sz="4.0" w:val="single" w:color="#000000"/>
              <w:top w:sz="4.0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58"/>
            <w:tcBorders>
              <w:start w:sz="3.199999999999818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184"/>
            <w:tcBorders>
              <w:start w:sz="4.0" w:val="single" w:color="#000000"/>
              <w:top w:sz="4.0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widowControl/>
        <w:autoSpaceDE w:val="0"/>
        <w:autoSpaceDN w:val="0"/>
        <w:spacing w:line="268" w:lineRule="exact" w:before="2" w:after="6"/>
        <w:ind w:left="0" w:right="2958" w:firstLine="0"/>
        <w:jc w:val="right"/>
      </w:pPr>
      <w:r>
        <w:rPr>
          <w:rFonts w:ascii="Arial,Bold" w:hAnsi="Arial,Bold" w:eastAsia="Arial,Bold"/>
          <w:b/>
          <w:i w:val="0"/>
          <w:color w:val="000000"/>
          <w:sz w:val="24"/>
        </w:rPr>
        <w:t xml:space="preserve">Follow up on Interviews Scheduled for Today </w:t>
      </w:r>
    </w:p>
    <w:tbl>
      <w:tblPr>
        <w:tblW w:type="auto" w:w="0"/>
        <w:tblInd w:w="207.99999999999997" w:type="dxa"/>
        <w:tblLayout w:type="fixed"/>
        <w:tblLook w:firstColumn="1" w:firstRow="1" w:lastColumn="0" w:lastRow="0" w:noHBand="0" w:noVBand="1" w:val="04A0"/>
      </w:tblPr>
      <w:tblGrid>
        <w:gridCol w:w="1839"/>
        <w:gridCol w:w="1839"/>
        <w:gridCol w:w="1839"/>
        <w:gridCol w:w="1839"/>
        <w:gridCol w:w="1839"/>
        <w:gridCol w:w="1839"/>
      </w:tblGrid>
      <w:tr>
        <w:trPr>
          <w:trHeight w:hRule="exact" w:val="194"/>
        </w:trPr>
        <w:tc>
          <w:tcPr>
            <w:tcW w:type="dxa" w:w="1976"/>
            <w:tcBorders>
              <w:start w:sz="3.2000000000000455" w:val="single" w:color="#000000"/>
              <w:top w:sz="3.200000000000273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180" w:lineRule="exact" w:before="2" w:after="0"/>
              <w:ind w:left="0" w:right="0" w:firstLine="0"/>
              <w:jc w:val="center"/>
            </w:pPr>
            <w:r>
              <w:rPr>
                <w:rFonts w:ascii="Arial,Bold" w:hAnsi="Arial,Bold" w:eastAsia="Arial,Bold"/>
                <w:b/>
                <w:i w:val="0"/>
                <w:color w:val="000000"/>
                <w:sz w:val="16"/>
              </w:rPr>
              <w:t xml:space="preserve">Candidate Name </w:t>
            </w:r>
          </w:p>
        </w:tc>
        <w:tc>
          <w:tcPr>
            <w:tcW w:type="dxa" w:w="628"/>
            <w:tcBorders>
              <w:start w:sz="4.0" w:val="single" w:color="#000000"/>
              <w:top w:sz="3.200000000000273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180" w:lineRule="exact" w:before="2" w:after="0"/>
              <w:ind w:left="0" w:right="0" w:firstLine="0"/>
              <w:jc w:val="center"/>
            </w:pPr>
            <w:r>
              <w:rPr>
                <w:rFonts w:ascii="Arial,Bold" w:hAnsi="Arial,Bold" w:eastAsia="Arial,Bold"/>
                <w:b/>
                <w:i w:val="0"/>
                <w:color w:val="000000"/>
                <w:sz w:val="16"/>
              </w:rPr>
              <w:t xml:space="preserve">Time </w:t>
            </w:r>
          </w:p>
        </w:tc>
        <w:tc>
          <w:tcPr>
            <w:tcW w:type="dxa" w:w="1796"/>
            <w:tcBorders>
              <w:start w:sz="4.0" w:val="single" w:color="#000000"/>
              <w:top w:sz="3.200000000000273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180" w:lineRule="exact" w:before="2" w:after="0"/>
              <w:ind w:left="0" w:right="0" w:firstLine="0"/>
              <w:jc w:val="center"/>
            </w:pPr>
            <w:r>
              <w:rPr>
                <w:rFonts w:ascii="Arial,Bold" w:hAnsi="Arial,Bold" w:eastAsia="Arial,Bold"/>
                <w:b/>
                <w:i w:val="0"/>
                <w:color w:val="000000"/>
                <w:sz w:val="16"/>
              </w:rPr>
              <w:t xml:space="preserve">Phone Number </w:t>
            </w:r>
          </w:p>
        </w:tc>
        <w:tc>
          <w:tcPr>
            <w:tcW w:type="dxa" w:w="1972"/>
            <w:tcBorders>
              <w:start w:sz="3.199999999999818" w:val="single" w:color="#000000"/>
              <w:top w:sz="3.200000000000273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180" w:lineRule="exact" w:before="2" w:after="0"/>
              <w:ind w:left="0" w:right="0" w:firstLine="0"/>
              <w:jc w:val="center"/>
            </w:pPr>
            <w:r>
              <w:rPr>
                <w:rFonts w:ascii="Arial,Bold" w:hAnsi="Arial,Bold" w:eastAsia="Arial,Bold"/>
                <w:b/>
                <w:i w:val="0"/>
                <w:color w:val="000000"/>
                <w:sz w:val="16"/>
              </w:rPr>
              <w:t xml:space="preserve">Company Name </w:t>
            </w:r>
          </w:p>
        </w:tc>
        <w:tc>
          <w:tcPr>
            <w:tcW w:type="dxa" w:w="1976"/>
            <w:tcBorders>
              <w:start w:sz="4.0" w:val="single" w:color="#000000"/>
              <w:top w:sz="3.200000000000273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180" w:lineRule="exact" w:before="2" w:after="0"/>
              <w:ind w:left="0" w:right="0" w:firstLine="0"/>
              <w:jc w:val="center"/>
            </w:pPr>
            <w:r>
              <w:rPr>
                <w:rFonts w:ascii="Arial,Bold" w:hAnsi="Arial,Bold" w:eastAsia="Arial,Bold"/>
                <w:b/>
                <w:i w:val="0"/>
                <w:color w:val="000000"/>
                <w:sz w:val="16"/>
              </w:rPr>
              <w:t xml:space="preserve">Contact Name </w:t>
            </w:r>
          </w:p>
        </w:tc>
        <w:tc>
          <w:tcPr>
            <w:tcW w:type="dxa" w:w="2274"/>
            <w:tcBorders>
              <w:start w:sz="4.0" w:val="single" w:color="#000000"/>
              <w:top w:sz="3.200000000000273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180" w:lineRule="exact" w:before="2" w:after="0"/>
              <w:ind w:left="0" w:right="0" w:firstLine="0"/>
              <w:jc w:val="center"/>
            </w:pPr>
            <w:r>
              <w:rPr>
                <w:rFonts w:ascii="Arial,Bold" w:hAnsi="Arial,Bold" w:eastAsia="Arial,Bold"/>
                <w:b/>
                <w:i w:val="0"/>
                <w:color w:val="000000"/>
                <w:sz w:val="16"/>
              </w:rPr>
              <w:t xml:space="preserve">Phone Number </w:t>
            </w:r>
          </w:p>
        </w:tc>
      </w:tr>
      <w:tr>
        <w:trPr>
          <w:trHeight w:hRule="exact" w:val="286"/>
        </w:trPr>
        <w:tc>
          <w:tcPr>
            <w:tcW w:type="dxa" w:w="1976"/>
            <w:tcBorders>
              <w:start w:sz="3.2000000000000455" w:val="single" w:color="#000000"/>
              <w:top w:sz="4.0" w:val="single" w:color="#000000"/>
              <w:end w:sz="4.0" w:val="single" w:color="#000000"/>
              <w:bottom w:sz="3.200000000000273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628"/>
            <w:tcBorders>
              <w:start w:sz="4.0" w:val="single" w:color="#000000"/>
              <w:top w:sz="4.0" w:val="single" w:color="#000000"/>
              <w:end w:sz="4.0" w:val="single" w:color="#000000"/>
              <w:bottom w:sz="3.200000000000273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796"/>
            <w:tcBorders>
              <w:start w:sz="4.0" w:val="single" w:color="#000000"/>
              <w:top w:sz="4.0" w:val="single" w:color="#000000"/>
              <w:end w:sz="3.199999999999818" w:val="single" w:color="#000000"/>
              <w:bottom w:sz="3.200000000000273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972"/>
            <w:tcBorders>
              <w:start w:sz="3.199999999999818" w:val="single" w:color="#000000"/>
              <w:top w:sz="4.0" w:val="single" w:color="#000000"/>
              <w:end w:sz="4.0" w:val="single" w:color="#000000"/>
              <w:bottom w:sz="3.200000000000273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976"/>
            <w:tcBorders>
              <w:start w:sz="4.0" w:val="single" w:color="#000000"/>
              <w:top w:sz="4.0" w:val="single" w:color="#000000"/>
              <w:end w:sz="4.0" w:val="single" w:color="#000000"/>
              <w:bottom w:sz="3.200000000000273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274"/>
            <w:tcBorders>
              <w:start w:sz="4.0" w:val="single" w:color="#000000"/>
              <w:top w:sz="4.0" w:val="single" w:color="#000000"/>
              <w:end w:sz="3.199999999999818" w:val="single" w:color="#000000"/>
              <w:bottom w:sz="3.200000000000273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290"/>
        </w:trPr>
        <w:tc>
          <w:tcPr>
            <w:tcW w:type="dxa" w:w="1976"/>
            <w:tcBorders>
              <w:start w:sz="3.2000000000000455" w:val="single" w:color="#000000"/>
              <w:top w:sz="3.200000000000273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628"/>
            <w:tcBorders>
              <w:start w:sz="4.0" w:val="single" w:color="#000000"/>
              <w:top w:sz="3.200000000000273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796"/>
            <w:tcBorders>
              <w:start w:sz="4.0" w:val="single" w:color="#000000"/>
              <w:top w:sz="3.200000000000273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972"/>
            <w:tcBorders>
              <w:start w:sz="3.199999999999818" w:val="single" w:color="#000000"/>
              <w:top w:sz="3.200000000000273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976"/>
            <w:tcBorders>
              <w:start w:sz="4.0" w:val="single" w:color="#000000"/>
              <w:top w:sz="3.200000000000273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274"/>
            <w:tcBorders>
              <w:start w:sz="4.0" w:val="single" w:color="#000000"/>
              <w:top w:sz="3.200000000000273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284"/>
        </w:trPr>
        <w:tc>
          <w:tcPr>
            <w:tcW w:type="dxa" w:w="1976"/>
            <w:tcBorders>
              <w:start w:sz="3.2000000000000455" w:val="single" w:color="#000000"/>
              <w:top w:sz="4.0" w:val="single" w:color="#000000"/>
              <w:end w:sz="4.0" w:val="single" w:color="#000000"/>
              <w:bottom w:sz="3.200000000000273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628"/>
            <w:tcBorders>
              <w:start w:sz="4.0" w:val="single" w:color="#000000"/>
              <w:top w:sz="4.0" w:val="single" w:color="#000000"/>
              <w:end w:sz="4.0" w:val="single" w:color="#000000"/>
              <w:bottom w:sz="3.200000000000273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796"/>
            <w:tcBorders>
              <w:start w:sz="4.0" w:val="single" w:color="#000000"/>
              <w:top w:sz="4.0" w:val="single" w:color="#000000"/>
              <w:end w:sz="3.199999999999818" w:val="single" w:color="#000000"/>
              <w:bottom w:sz="3.200000000000273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972"/>
            <w:tcBorders>
              <w:start w:sz="3.199999999999818" w:val="single" w:color="#000000"/>
              <w:top w:sz="4.0" w:val="single" w:color="#000000"/>
              <w:end w:sz="4.0" w:val="single" w:color="#000000"/>
              <w:bottom w:sz="3.200000000000273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976"/>
            <w:tcBorders>
              <w:start w:sz="4.0" w:val="single" w:color="#000000"/>
              <w:top w:sz="4.0" w:val="single" w:color="#000000"/>
              <w:end w:sz="4.0" w:val="single" w:color="#000000"/>
              <w:bottom w:sz="3.200000000000273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274"/>
            <w:tcBorders>
              <w:start w:sz="4.0" w:val="single" w:color="#000000"/>
              <w:top w:sz="4.0" w:val="single" w:color="#000000"/>
              <w:end w:sz="3.199999999999818" w:val="single" w:color="#000000"/>
              <w:bottom w:sz="3.200000000000273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286"/>
        </w:trPr>
        <w:tc>
          <w:tcPr>
            <w:tcW w:type="dxa" w:w="1976"/>
            <w:tcBorders>
              <w:start w:sz="3.2000000000000455" w:val="single" w:color="#000000"/>
              <w:top w:sz="3.200000000000273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628"/>
            <w:tcBorders>
              <w:start w:sz="4.0" w:val="single" w:color="#000000"/>
              <w:top w:sz="3.200000000000273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796"/>
            <w:tcBorders>
              <w:start w:sz="4.0" w:val="single" w:color="#000000"/>
              <w:top w:sz="3.200000000000273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972"/>
            <w:tcBorders>
              <w:start w:sz="3.199999999999818" w:val="single" w:color="#000000"/>
              <w:top w:sz="3.200000000000273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976"/>
            <w:tcBorders>
              <w:start w:sz="4.0" w:val="single" w:color="#000000"/>
              <w:top w:sz="3.200000000000273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274"/>
            <w:tcBorders>
              <w:start w:sz="4.0" w:val="single" w:color="#000000"/>
              <w:top w:sz="3.200000000000273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284"/>
        </w:trPr>
        <w:tc>
          <w:tcPr>
            <w:tcW w:type="dxa" w:w="1976"/>
            <w:tcBorders>
              <w:start w:sz="3.2000000000000455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6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796"/>
            <w:tcBorders>
              <w:start w:sz="4.0" w:val="single" w:color="#000000"/>
              <w:top w:sz="4.0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972"/>
            <w:tcBorders>
              <w:start w:sz="3.199999999999818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97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274"/>
            <w:tcBorders>
              <w:start w:sz="4.0" w:val="single" w:color="#000000"/>
              <w:top w:sz="4.0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286"/>
        </w:trPr>
        <w:tc>
          <w:tcPr>
            <w:tcW w:type="dxa" w:w="1976"/>
            <w:tcBorders>
              <w:start w:sz="3.2000000000000455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6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796"/>
            <w:tcBorders>
              <w:start w:sz="4.0" w:val="single" w:color="#000000"/>
              <w:top w:sz="4.0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972"/>
            <w:tcBorders>
              <w:start w:sz="3.199999999999818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97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274"/>
            <w:tcBorders>
              <w:start w:sz="4.0" w:val="single" w:color="#000000"/>
              <w:top w:sz="4.0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286"/>
        </w:trPr>
        <w:tc>
          <w:tcPr>
            <w:tcW w:type="dxa" w:w="1976"/>
            <w:tcBorders>
              <w:start w:sz="3.2000000000000455" w:val="single" w:color="#000000"/>
              <w:top w:sz="4.0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628"/>
            <w:tcBorders>
              <w:start w:sz="4.0" w:val="single" w:color="#000000"/>
              <w:top w:sz="4.0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796"/>
            <w:tcBorders>
              <w:start w:sz="4.0" w:val="single" w:color="#000000"/>
              <w:top w:sz="4.0" w:val="single" w:color="#000000"/>
              <w:end w:sz="3.199999999999818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972"/>
            <w:tcBorders>
              <w:start w:sz="3.199999999999818" w:val="single" w:color="#000000"/>
              <w:top w:sz="4.0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976"/>
            <w:tcBorders>
              <w:start w:sz="4.0" w:val="single" w:color="#000000"/>
              <w:top w:sz="4.0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274"/>
            <w:tcBorders>
              <w:start w:sz="4.0" w:val="single" w:color="#000000"/>
              <w:top w:sz="4.0" w:val="single" w:color="#000000"/>
              <w:end w:sz="3.199999999999818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288"/>
        </w:trPr>
        <w:tc>
          <w:tcPr>
            <w:tcW w:type="dxa" w:w="1976"/>
            <w:tcBorders>
              <w:start w:sz="3.2000000000000455" w:val="single" w:color="#000000"/>
              <w:top w:sz="3.199999999999818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628"/>
            <w:tcBorders>
              <w:start w:sz="4.0" w:val="single" w:color="#000000"/>
              <w:top w:sz="3.199999999999818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796"/>
            <w:tcBorders>
              <w:start w:sz="4.0" w:val="single" w:color="#000000"/>
              <w:top w:sz="3.199999999999818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972"/>
            <w:tcBorders>
              <w:start w:sz="3.199999999999818" w:val="single" w:color="#000000"/>
              <w:top w:sz="3.199999999999818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976"/>
            <w:tcBorders>
              <w:start w:sz="4.0" w:val="single" w:color="#000000"/>
              <w:top w:sz="3.199999999999818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274"/>
            <w:tcBorders>
              <w:start w:sz="4.0" w:val="single" w:color="#000000"/>
              <w:top w:sz="3.199999999999818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286"/>
        </w:trPr>
        <w:tc>
          <w:tcPr>
            <w:tcW w:type="dxa" w:w="1976"/>
            <w:tcBorders>
              <w:start w:sz="3.2000000000000455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6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796"/>
            <w:tcBorders>
              <w:start w:sz="4.0" w:val="single" w:color="#000000"/>
              <w:top w:sz="4.0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972"/>
            <w:tcBorders>
              <w:start w:sz="3.199999999999818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97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274"/>
            <w:tcBorders>
              <w:start w:sz="4.0" w:val="single" w:color="#000000"/>
              <w:top w:sz="4.0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284"/>
        </w:trPr>
        <w:tc>
          <w:tcPr>
            <w:tcW w:type="dxa" w:w="1976"/>
            <w:tcBorders>
              <w:start w:sz="3.2000000000000455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6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796"/>
            <w:tcBorders>
              <w:start w:sz="4.0" w:val="single" w:color="#000000"/>
              <w:top w:sz="4.0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972"/>
            <w:tcBorders>
              <w:start w:sz="3.199999999999818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97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274"/>
            <w:tcBorders>
              <w:start w:sz="4.0" w:val="single" w:color="#000000"/>
              <w:top w:sz="4.0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286"/>
        </w:trPr>
        <w:tc>
          <w:tcPr>
            <w:tcW w:type="dxa" w:w="1976"/>
            <w:tcBorders>
              <w:start w:sz="3.2000000000000455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6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796"/>
            <w:tcBorders>
              <w:start w:sz="4.0" w:val="single" w:color="#000000"/>
              <w:top w:sz="4.0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972"/>
            <w:tcBorders>
              <w:start w:sz="3.199999999999818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97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274"/>
            <w:tcBorders>
              <w:start w:sz="4.0" w:val="single" w:color="#000000"/>
              <w:top w:sz="4.0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288"/>
        </w:trPr>
        <w:tc>
          <w:tcPr>
            <w:tcW w:type="dxa" w:w="1976"/>
            <w:tcBorders>
              <w:start w:sz="3.2000000000000455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6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796"/>
            <w:tcBorders>
              <w:start w:sz="4.0" w:val="single" w:color="#000000"/>
              <w:top w:sz="4.0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972"/>
            <w:tcBorders>
              <w:start w:sz="3.199999999999818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97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274"/>
            <w:tcBorders>
              <w:start w:sz="4.0" w:val="single" w:color="#000000"/>
              <w:top w:sz="4.0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284"/>
        </w:trPr>
        <w:tc>
          <w:tcPr>
            <w:tcW w:type="dxa" w:w="1976"/>
            <w:tcBorders>
              <w:start w:sz="3.2000000000000455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6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796"/>
            <w:tcBorders>
              <w:start w:sz="4.0" w:val="single" w:color="#000000"/>
              <w:top w:sz="4.0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972"/>
            <w:tcBorders>
              <w:start w:sz="3.199999999999818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97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274"/>
            <w:tcBorders>
              <w:start w:sz="4.0" w:val="single" w:color="#000000"/>
              <w:top w:sz="4.0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286"/>
        </w:trPr>
        <w:tc>
          <w:tcPr>
            <w:tcW w:type="dxa" w:w="1976"/>
            <w:tcBorders>
              <w:start w:sz="3.2000000000000455" w:val="single" w:color="#000000"/>
              <w:top w:sz="4.0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628"/>
            <w:tcBorders>
              <w:start w:sz="4.0" w:val="single" w:color="#000000"/>
              <w:top w:sz="4.0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796"/>
            <w:tcBorders>
              <w:start w:sz="4.0" w:val="single" w:color="#000000"/>
              <w:top w:sz="4.0" w:val="single" w:color="#000000"/>
              <w:end w:sz="3.199999999999818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972"/>
            <w:tcBorders>
              <w:start w:sz="3.199999999999818" w:val="single" w:color="#000000"/>
              <w:top w:sz="4.0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976"/>
            <w:tcBorders>
              <w:start w:sz="4.0" w:val="single" w:color="#000000"/>
              <w:top w:sz="4.0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274"/>
            <w:tcBorders>
              <w:start w:sz="4.0" w:val="single" w:color="#000000"/>
              <w:top w:sz="4.0" w:val="single" w:color="#000000"/>
              <w:end w:sz="3.199999999999818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290"/>
        </w:trPr>
        <w:tc>
          <w:tcPr>
            <w:tcW w:type="dxa" w:w="1976"/>
            <w:tcBorders>
              <w:start w:sz="3.2000000000000455" w:val="single" w:color="#000000"/>
              <w:top w:sz="3.199999999999818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628"/>
            <w:tcBorders>
              <w:start w:sz="4.0" w:val="single" w:color="#000000"/>
              <w:top w:sz="3.199999999999818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796"/>
            <w:tcBorders>
              <w:start w:sz="4.0" w:val="single" w:color="#000000"/>
              <w:top w:sz="3.199999999999818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972"/>
            <w:tcBorders>
              <w:start w:sz="3.199999999999818" w:val="single" w:color="#000000"/>
              <w:top w:sz="3.199999999999818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976"/>
            <w:tcBorders>
              <w:start w:sz="4.0" w:val="single" w:color="#000000"/>
              <w:top w:sz="3.199999999999818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274"/>
            <w:tcBorders>
              <w:start w:sz="4.0" w:val="single" w:color="#000000"/>
              <w:top w:sz="3.199999999999818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284"/>
        </w:trPr>
        <w:tc>
          <w:tcPr>
            <w:tcW w:type="dxa" w:w="1976"/>
            <w:tcBorders>
              <w:start w:sz="3.2000000000000455" w:val="single" w:color="#000000"/>
              <w:top w:sz="4.0" w:val="single" w:color="#000000"/>
              <w:end w:sz="4.0" w:val="single" w:color="#000000"/>
              <w:bottom w:sz="3.2000000000007276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628"/>
            <w:tcBorders>
              <w:start w:sz="4.0" w:val="single" w:color="#000000"/>
              <w:top w:sz="4.0" w:val="single" w:color="#000000"/>
              <w:end w:sz="4.0" w:val="single" w:color="#000000"/>
              <w:bottom w:sz="3.2000000000007276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796"/>
            <w:tcBorders>
              <w:start w:sz="4.0" w:val="single" w:color="#000000"/>
              <w:top w:sz="4.0" w:val="single" w:color="#000000"/>
              <w:end w:sz="3.199999999999818" w:val="single" w:color="#000000"/>
              <w:bottom w:sz="3.2000000000007276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972"/>
            <w:tcBorders>
              <w:start w:sz="3.199999999999818" w:val="single" w:color="#000000"/>
              <w:top w:sz="4.0" w:val="single" w:color="#000000"/>
              <w:end w:sz="4.0" w:val="single" w:color="#000000"/>
              <w:bottom w:sz="3.2000000000007276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976"/>
            <w:tcBorders>
              <w:start w:sz="4.0" w:val="single" w:color="#000000"/>
              <w:top w:sz="4.0" w:val="single" w:color="#000000"/>
              <w:end w:sz="4.0" w:val="single" w:color="#000000"/>
              <w:bottom w:sz="3.2000000000007276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274"/>
            <w:tcBorders>
              <w:start w:sz="4.0" w:val="single" w:color="#000000"/>
              <w:top w:sz="4.0" w:val="single" w:color="#000000"/>
              <w:end w:sz="3.199999999999818" w:val="single" w:color="#000000"/>
              <w:bottom w:sz="3.2000000000007276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284"/>
        </w:trPr>
        <w:tc>
          <w:tcPr>
            <w:tcW w:type="dxa" w:w="1976"/>
            <w:tcBorders>
              <w:start w:sz="3.2000000000000455" w:val="single" w:color="#000000"/>
              <w:top w:sz="3.2000000000007276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628"/>
            <w:tcBorders>
              <w:start w:sz="4.0" w:val="single" w:color="#000000"/>
              <w:top w:sz="3.2000000000007276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796"/>
            <w:tcBorders>
              <w:start w:sz="4.0" w:val="single" w:color="#000000"/>
              <w:top w:sz="3.2000000000007276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972"/>
            <w:tcBorders>
              <w:start w:sz="3.199999999999818" w:val="single" w:color="#000000"/>
              <w:top w:sz="3.2000000000007276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976"/>
            <w:tcBorders>
              <w:start w:sz="4.0" w:val="single" w:color="#000000"/>
              <w:top w:sz="3.2000000000007276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274"/>
            <w:tcBorders>
              <w:start w:sz="4.0" w:val="single" w:color="#000000"/>
              <w:top w:sz="3.2000000000007276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286"/>
        </w:trPr>
        <w:tc>
          <w:tcPr>
            <w:tcW w:type="dxa" w:w="1976"/>
            <w:tcBorders>
              <w:start w:sz="3.2000000000000455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6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796"/>
            <w:tcBorders>
              <w:start w:sz="4.0" w:val="single" w:color="#000000"/>
              <w:top w:sz="4.0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972"/>
            <w:tcBorders>
              <w:start w:sz="3.199999999999818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97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274"/>
            <w:tcBorders>
              <w:start w:sz="4.0" w:val="single" w:color="#000000"/>
              <w:top w:sz="4.0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288"/>
        </w:trPr>
        <w:tc>
          <w:tcPr>
            <w:tcW w:type="dxa" w:w="1976"/>
            <w:tcBorders>
              <w:start w:sz="3.2000000000000455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6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796"/>
            <w:tcBorders>
              <w:start w:sz="4.0" w:val="single" w:color="#000000"/>
              <w:top w:sz="4.0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972"/>
            <w:tcBorders>
              <w:start w:sz="3.199999999999818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97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274"/>
            <w:tcBorders>
              <w:start w:sz="4.0" w:val="single" w:color="#000000"/>
              <w:top w:sz="4.0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286"/>
        </w:trPr>
        <w:tc>
          <w:tcPr>
            <w:tcW w:type="dxa" w:w="1976"/>
            <w:tcBorders>
              <w:start w:sz="3.2000000000000455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6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796"/>
            <w:tcBorders>
              <w:start w:sz="4.0" w:val="single" w:color="#000000"/>
              <w:top w:sz="4.0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972"/>
            <w:tcBorders>
              <w:start w:sz="3.199999999999818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97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274"/>
            <w:tcBorders>
              <w:start w:sz="4.0" w:val="single" w:color="#000000"/>
              <w:top w:sz="4.0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widowControl/>
        <w:autoSpaceDE w:val="0"/>
        <w:autoSpaceDN w:val="0"/>
        <w:spacing w:line="266" w:lineRule="exact" w:before="6" w:after="4"/>
        <w:ind w:left="1034" w:right="0" w:firstLine="0"/>
        <w:jc w:val="left"/>
      </w:pPr>
      <w:r>
        <w:rPr>
          <w:rFonts w:ascii="Arial,Bold" w:hAnsi="Arial,Bold" w:eastAsia="Arial,Bold"/>
          <w:b/>
          <w:i w:val="0"/>
          <w:color w:val="000000"/>
          <w:sz w:val="24"/>
        </w:rPr>
        <w:t xml:space="preserve">Follow up on Interviews that have taken place previously that need decisions </w:t>
      </w:r>
    </w:p>
    <w:tbl>
      <w:tblPr>
        <w:tblW w:type="auto" w:w="0"/>
        <w:tblInd w:w="207.99999999999997" w:type="dxa"/>
        <w:tblLayout w:type="fixed"/>
        <w:tblLook w:firstColumn="1" w:firstRow="1" w:lastColumn="0" w:lastRow="0" w:noHBand="0" w:noVBand="1" w:val="04A0"/>
      </w:tblPr>
      <w:tblGrid>
        <w:gridCol w:w="1839"/>
        <w:gridCol w:w="1839"/>
        <w:gridCol w:w="1839"/>
        <w:gridCol w:w="1839"/>
        <w:gridCol w:w="1839"/>
        <w:gridCol w:w="1839"/>
      </w:tblGrid>
      <w:tr>
        <w:trPr>
          <w:trHeight w:hRule="exact" w:val="192"/>
        </w:trPr>
        <w:tc>
          <w:tcPr>
            <w:tcW w:type="dxa" w:w="2882"/>
            <w:tcBorders>
              <w:start w:sz="3.2000000000000455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178" w:lineRule="exact" w:before="0" w:after="0"/>
              <w:ind w:left="104" w:right="0" w:firstLine="0"/>
              <w:jc w:val="left"/>
            </w:pPr>
            <w:r>
              <w:rPr>
                <w:rFonts w:ascii="Arial,Bold" w:hAnsi="Arial,Bold" w:eastAsia="Arial,Bold"/>
                <w:b/>
                <w:i w:val="0"/>
                <w:color w:val="000000"/>
                <w:sz w:val="16"/>
              </w:rPr>
              <w:t xml:space="preserve">Candidate Name </w:t>
            </w:r>
          </w:p>
        </w:tc>
        <w:tc>
          <w:tcPr>
            <w:tcW w:type="dxa" w:w="90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178" w:lineRule="exact" w:before="0" w:after="0"/>
              <w:ind w:left="0" w:right="0" w:firstLine="0"/>
              <w:jc w:val="center"/>
            </w:pPr>
            <w:r>
              <w:rPr>
                <w:rFonts w:ascii="Arial,Bold" w:hAnsi="Arial,Bold" w:eastAsia="Arial,Bold"/>
                <w:b/>
                <w:i w:val="0"/>
                <w:color w:val="000000"/>
                <w:sz w:val="16"/>
              </w:rPr>
              <w:t xml:space="preserve">Code </w:t>
            </w:r>
          </w:p>
        </w:tc>
        <w:tc>
          <w:tcPr>
            <w:tcW w:type="dxa" w:w="180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178" w:lineRule="exact" w:before="0" w:after="0"/>
              <w:ind w:left="0" w:right="0" w:firstLine="0"/>
              <w:jc w:val="center"/>
            </w:pPr>
            <w:r>
              <w:rPr>
                <w:rFonts w:ascii="Arial,Bold" w:hAnsi="Arial,Bold" w:eastAsia="Arial,Bold"/>
                <w:b/>
                <w:i w:val="0"/>
                <w:color w:val="000000"/>
                <w:sz w:val="16"/>
              </w:rPr>
              <w:t xml:space="preserve">Phone Number </w:t>
            </w:r>
          </w:p>
        </w:tc>
        <w:tc>
          <w:tcPr>
            <w:tcW w:type="dxa" w:w="180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178" w:lineRule="exact" w:before="0" w:after="0"/>
              <w:ind w:left="0" w:right="0" w:firstLine="0"/>
              <w:jc w:val="center"/>
            </w:pPr>
            <w:r>
              <w:rPr>
                <w:rFonts w:ascii="Arial,Bold" w:hAnsi="Arial,Bold" w:eastAsia="Arial,Bold"/>
                <w:b/>
                <w:i w:val="0"/>
                <w:color w:val="000000"/>
                <w:sz w:val="16"/>
              </w:rPr>
              <w:t xml:space="preserve">Company Name </w:t>
            </w:r>
          </w:p>
        </w:tc>
        <w:tc>
          <w:tcPr>
            <w:tcW w:type="dxa" w:w="1620"/>
            <w:tcBorders>
              <w:start w:sz="4.0" w:val="single" w:color="#000000"/>
              <w:top w:sz="4.0" w:val="single" w:color="#000000"/>
              <w:end w:sz="3.200000000000273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178" w:lineRule="exact" w:before="0" w:after="0"/>
              <w:ind w:left="0" w:right="0" w:firstLine="0"/>
              <w:jc w:val="center"/>
            </w:pPr>
            <w:r>
              <w:rPr>
                <w:rFonts w:ascii="Arial,Bold" w:hAnsi="Arial,Bold" w:eastAsia="Arial,Bold"/>
                <w:b/>
                <w:i w:val="0"/>
                <w:color w:val="000000"/>
                <w:sz w:val="16"/>
              </w:rPr>
              <w:t xml:space="preserve">Contact Name </w:t>
            </w:r>
          </w:p>
        </w:tc>
        <w:tc>
          <w:tcPr>
            <w:tcW w:type="dxa" w:w="1800"/>
            <w:tcBorders>
              <w:start w:sz="3.200000000000273" w:val="single" w:color="#000000"/>
              <w:top w:sz="4.0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178" w:lineRule="exact" w:before="0" w:after="0"/>
              <w:ind w:left="0" w:right="0" w:firstLine="0"/>
              <w:jc w:val="center"/>
            </w:pPr>
            <w:r>
              <w:rPr>
                <w:rFonts w:ascii="Arial,Bold" w:hAnsi="Arial,Bold" w:eastAsia="Arial,Bold"/>
                <w:b/>
                <w:i w:val="0"/>
                <w:color w:val="000000"/>
                <w:sz w:val="16"/>
              </w:rPr>
              <w:t xml:space="preserve">Phone Number </w:t>
            </w:r>
          </w:p>
        </w:tc>
      </w:tr>
      <w:tr>
        <w:trPr>
          <w:trHeight w:hRule="exact" w:val="288"/>
        </w:trPr>
        <w:tc>
          <w:tcPr>
            <w:tcW w:type="dxa" w:w="2882"/>
            <w:tcBorders>
              <w:start w:sz="3.2000000000000455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90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0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0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620"/>
            <w:tcBorders>
              <w:start w:sz="4.0" w:val="single" w:color="#000000"/>
              <w:top w:sz="4.0" w:val="single" w:color="#000000"/>
              <w:end w:sz="3.200000000000273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00"/>
            <w:tcBorders>
              <w:start w:sz="3.200000000000273" w:val="single" w:color="#000000"/>
              <w:top w:sz="4.0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286"/>
        </w:trPr>
        <w:tc>
          <w:tcPr>
            <w:tcW w:type="dxa" w:w="2882"/>
            <w:tcBorders>
              <w:start w:sz="3.2000000000000455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90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0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0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620"/>
            <w:tcBorders>
              <w:start w:sz="4.0" w:val="single" w:color="#000000"/>
              <w:top w:sz="4.0" w:val="single" w:color="#000000"/>
              <w:end w:sz="3.200000000000273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00"/>
            <w:tcBorders>
              <w:start w:sz="3.200000000000273" w:val="single" w:color="#000000"/>
              <w:top w:sz="4.0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284"/>
        </w:trPr>
        <w:tc>
          <w:tcPr>
            <w:tcW w:type="dxa" w:w="2882"/>
            <w:tcBorders>
              <w:start w:sz="3.2000000000000455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90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0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0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620"/>
            <w:tcBorders>
              <w:start w:sz="4.0" w:val="single" w:color="#000000"/>
              <w:top w:sz="4.0" w:val="single" w:color="#000000"/>
              <w:end w:sz="3.200000000000273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00"/>
            <w:tcBorders>
              <w:start w:sz="3.200000000000273" w:val="single" w:color="#000000"/>
              <w:top w:sz="4.0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288"/>
        </w:trPr>
        <w:tc>
          <w:tcPr>
            <w:tcW w:type="dxa" w:w="2882"/>
            <w:tcBorders>
              <w:start w:sz="3.2000000000000455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90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0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0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620"/>
            <w:tcBorders>
              <w:start w:sz="4.0" w:val="single" w:color="#000000"/>
              <w:top w:sz="4.0" w:val="single" w:color="#000000"/>
              <w:end w:sz="3.200000000000273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00"/>
            <w:tcBorders>
              <w:start w:sz="3.200000000000273" w:val="single" w:color="#000000"/>
              <w:top w:sz="4.0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284"/>
        </w:trPr>
        <w:tc>
          <w:tcPr>
            <w:tcW w:type="dxa" w:w="2882"/>
            <w:tcBorders>
              <w:start w:sz="3.2000000000000455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90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0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0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620"/>
            <w:tcBorders>
              <w:start w:sz="4.0" w:val="single" w:color="#000000"/>
              <w:top w:sz="4.0" w:val="single" w:color="#000000"/>
              <w:end w:sz="3.200000000000273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00"/>
            <w:tcBorders>
              <w:start w:sz="3.200000000000273" w:val="single" w:color="#000000"/>
              <w:top w:sz="4.0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286"/>
        </w:trPr>
        <w:tc>
          <w:tcPr>
            <w:tcW w:type="dxa" w:w="2882"/>
            <w:tcBorders>
              <w:start w:sz="3.2000000000000455" w:val="single" w:color="#000000"/>
              <w:top w:sz="4.0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900"/>
            <w:tcBorders>
              <w:start w:sz="4.0" w:val="single" w:color="#000000"/>
              <w:top w:sz="4.0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00"/>
            <w:tcBorders>
              <w:start w:sz="4.0" w:val="single" w:color="#000000"/>
              <w:top w:sz="4.0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00"/>
            <w:tcBorders>
              <w:start w:sz="4.0" w:val="single" w:color="#000000"/>
              <w:top w:sz="4.0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620"/>
            <w:tcBorders>
              <w:start w:sz="4.0" w:val="single" w:color="#000000"/>
              <w:top w:sz="4.0" w:val="single" w:color="#000000"/>
              <w:end w:sz="3.200000000000273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00"/>
            <w:tcBorders>
              <w:start w:sz="3.200000000000273" w:val="single" w:color="#000000"/>
              <w:top w:sz="4.0" w:val="single" w:color="#000000"/>
              <w:end w:sz="3.199999999999818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286"/>
        </w:trPr>
        <w:tc>
          <w:tcPr>
            <w:tcW w:type="dxa" w:w="2882"/>
            <w:tcBorders>
              <w:start w:sz="3.2000000000000455" w:val="single" w:color="#000000"/>
              <w:top w:sz="3.199999999999818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900"/>
            <w:tcBorders>
              <w:start w:sz="4.0" w:val="single" w:color="#000000"/>
              <w:top w:sz="3.199999999999818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00"/>
            <w:tcBorders>
              <w:start w:sz="4.0" w:val="single" w:color="#000000"/>
              <w:top w:sz="3.199999999999818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00"/>
            <w:tcBorders>
              <w:start w:sz="4.0" w:val="single" w:color="#000000"/>
              <w:top w:sz="3.199999999999818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620"/>
            <w:tcBorders>
              <w:start w:sz="4.0" w:val="single" w:color="#000000"/>
              <w:top w:sz="3.199999999999818" w:val="single" w:color="#000000"/>
              <w:end w:sz="3.200000000000273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00"/>
            <w:tcBorders>
              <w:start w:sz="3.200000000000273" w:val="single" w:color="#000000"/>
              <w:top w:sz="3.199999999999818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288"/>
        </w:trPr>
        <w:tc>
          <w:tcPr>
            <w:tcW w:type="dxa" w:w="2882"/>
            <w:tcBorders>
              <w:start w:sz="3.2000000000000455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90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0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0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620"/>
            <w:tcBorders>
              <w:start w:sz="4.0" w:val="single" w:color="#000000"/>
              <w:top w:sz="4.0" w:val="single" w:color="#000000"/>
              <w:end w:sz="3.200000000000273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00"/>
            <w:tcBorders>
              <w:start w:sz="3.200000000000273" w:val="single" w:color="#000000"/>
              <w:top w:sz="4.0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288"/>
        </w:trPr>
        <w:tc>
          <w:tcPr>
            <w:tcW w:type="dxa" w:w="2882"/>
            <w:tcBorders>
              <w:start w:sz="3.2000000000000455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90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0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0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620"/>
            <w:tcBorders>
              <w:start w:sz="4.0" w:val="single" w:color="#000000"/>
              <w:top w:sz="4.0" w:val="single" w:color="#000000"/>
              <w:end w:sz="3.200000000000273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00"/>
            <w:tcBorders>
              <w:start w:sz="3.200000000000273" w:val="single" w:color="#000000"/>
              <w:top w:sz="4.0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290"/>
        </w:trPr>
        <w:tc>
          <w:tcPr>
            <w:tcW w:type="dxa" w:w="2882"/>
            <w:tcBorders>
              <w:start w:sz="3.2000000000000455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90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0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0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620"/>
            <w:tcBorders>
              <w:start w:sz="4.0" w:val="single" w:color="#000000"/>
              <w:top w:sz="4.0" w:val="single" w:color="#000000"/>
              <w:end w:sz="3.200000000000273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00"/>
            <w:tcBorders>
              <w:start w:sz="3.200000000000273" w:val="single" w:color="#000000"/>
              <w:top w:sz="4.0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284"/>
        </w:trPr>
        <w:tc>
          <w:tcPr>
            <w:tcW w:type="dxa" w:w="2882"/>
            <w:tcBorders>
              <w:start w:sz="3.2000000000000455" w:val="single" w:color="#000000"/>
              <w:top w:sz="4.0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900"/>
            <w:tcBorders>
              <w:start w:sz="4.0" w:val="single" w:color="#000000"/>
              <w:top w:sz="4.0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00"/>
            <w:tcBorders>
              <w:start w:sz="4.0" w:val="single" w:color="#000000"/>
              <w:top w:sz="4.0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00"/>
            <w:tcBorders>
              <w:start w:sz="4.0" w:val="single" w:color="#000000"/>
              <w:top w:sz="4.0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620"/>
            <w:tcBorders>
              <w:start w:sz="4.0" w:val="single" w:color="#000000"/>
              <w:top w:sz="4.0" w:val="single" w:color="#000000"/>
              <w:end w:sz="3.200000000000273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00"/>
            <w:tcBorders>
              <w:start w:sz="3.200000000000273" w:val="single" w:color="#000000"/>
              <w:top w:sz="4.0" w:val="single" w:color="#000000"/>
              <w:end w:sz="3.199999999999818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286"/>
        </w:trPr>
        <w:tc>
          <w:tcPr>
            <w:tcW w:type="dxa" w:w="2882"/>
            <w:tcBorders>
              <w:start w:sz="3.2000000000000455" w:val="single" w:color="#000000"/>
              <w:top w:sz="3.199999999999818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900"/>
            <w:tcBorders>
              <w:start w:sz="4.0" w:val="single" w:color="#000000"/>
              <w:top w:sz="3.199999999999818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00"/>
            <w:tcBorders>
              <w:start w:sz="4.0" w:val="single" w:color="#000000"/>
              <w:top w:sz="3.199999999999818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00"/>
            <w:tcBorders>
              <w:start w:sz="4.0" w:val="single" w:color="#000000"/>
              <w:top w:sz="3.199999999999818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620"/>
            <w:tcBorders>
              <w:start w:sz="4.0" w:val="single" w:color="#000000"/>
              <w:top w:sz="3.199999999999818" w:val="single" w:color="#000000"/>
              <w:end w:sz="3.200000000000273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00"/>
            <w:tcBorders>
              <w:start w:sz="3.200000000000273" w:val="single" w:color="#000000"/>
              <w:top w:sz="3.199999999999818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284"/>
        </w:trPr>
        <w:tc>
          <w:tcPr>
            <w:tcW w:type="dxa" w:w="2882"/>
            <w:tcBorders>
              <w:start w:sz="3.2000000000000455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90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0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0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620"/>
            <w:tcBorders>
              <w:start w:sz="4.0" w:val="single" w:color="#000000"/>
              <w:top w:sz="4.0" w:val="single" w:color="#000000"/>
              <w:end w:sz="3.200000000000273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00"/>
            <w:tcBorders>
              <w:start w:sz="3.200000000000273" w:val="single" w:color="#000000"/>
              <w:top w:sz="4.0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292"/>
        </w:trPr>
        <w:tc>
          <w:tcPr>
            <w:tcW w:type="dxa" w:w="2882"/>
            <w:tcBorders>
              <w:start w:sz="3.2000000000000455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90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0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0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620"/>
            <w:tcBorders>
              <w:start w:sz="4.0" w:val="single" w:color="#000000"/>
              <w:top w:sz="4.0" w:val="single" w:color="#000000"/>
              <w:end w:sz="3.200000000000273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00"/>
            <w:tcBorders>
              <w:start w:sz="3.200000000000273" w:val="single" w:color="#000000"/>
              <w:top w:sz="4.0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270"/>
        </w:trPr>
        <w:tc>
          <w:tcPr>
            <w:tcW w:type="dxa" w:w="2882"/>
            <w:tcBorders>
              <w:start w:sz="3.2000000000000455" w:val="single" w:color="#000000"/>
              <w:top w:sz="4.0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900"/>
            <w:tcBorders>
              <w:start w:sz="4.0" w:val="single" w:color="#000000"/>
              <w:top w:sz="4.0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00"/>
            <w:tcBorders>
              <w:start w:sz="4.0" w:val="single" w:color="#000000"/>
              <w:top w:sz="4.0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00"/>
            <w:tcBorders>
              <w:start w:sz="4.0" w:val="single" w:color="#000000"/>
              <w:top w:sz="4.0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620"/>
            <w:tcBorders>
              <w:start w:sz="4.0" w:val="single" w:color="#000000"/>
              <w:top w:sz="4.0" w:val="single" w:color="#000000"/>
              <w:end w:sz="3.200000000000273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00"/>
            <w:tcBorders>
              <w:start w:sz="3.200000000000273" w:val="single" w:color="#000000"/>
              <w:top w:sz="4.0" w:val="single" w:color="#000000"/>
              <w:end w:sz="3.199999999999818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widowControl/>
        <w:autoSpaceDE w:val="0"/>
        <w:autoSpaceDN w:val="0"/>
        <w:spacing w:line="14" w:lineRule="exact" w:before="0" w:after="0"/>
        <w:ind w:left="0" w:right="0"/>
      </w:pPr>
    </w:p>
    <w:sectPr w:rsidR="00FC693F" w:rsidRPr="0006063C" w:rsidSect="00034616">
      <w:headerReference w:type="default" r:id="rId11"/>
      <w:footerReference w:type="default" r:id="rId12"/>
      <w:pgSz w:w="12240" w:h="20160"/>
      <w:pgMar w:top="1720" w:right="514" w:bottom="1440" w:left="692" w:header="620" w:footer="560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Bdr>
        <w:top w:val="single" w:sz="10" w:space="1" w:color="FCB900"/>
      </w:pBdr>
      <w:spacing w:after="80"/>
    </w:pPr>
  </w:p>
  <w:tbl>
    <w:tblPr>
      <w:tblW w:type="auto" w:w="0"/>
      <w:jc w:val="center"/>
      <w:tblBorders>
        <w:top w:val="none" w:sz="0" w:color="auto"/>
        <w:left w:val="none" w:sz="0" w:color="auto"/>
        <w:bottom w:val="none" w:sz="0" w:color="auto"/>
        <w:right w:val="none" w:sz="0" w:color="auto"/>
        <w:insideH w:val="none" w:sz="0" w:color="auto"/>
        <w:insideV w:val="none" w:sz="0" w:color="auto"/>
      </w:tblBorders>
      <w:tblLook w:firstColumn="1" w:firstRow="1" w:lastColumn="0" w:lastRow="0" w:noHBand="0" w:noVBand="1" w:val="04A0"/>
    </w:tblPr>
    <w:tblGrid>
      <w:gridCol w:w="4303"/>
      <w:gridCol w:w="2152"/>
      <w:gridCol w:w="4303"/>
    </w:tblGrid>
    <w:tr>
      <w:tc>
        <w:tcPr>
          <w:tcW w:type="dxa" w:w="4303"/>
        </w:tcPr>
        <w:p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>Back Office Staffing Solutions, LLC</w:t>
          </w:r>
        </w:p>
      </w:tc>
      <w:tc>
        <w:tcPr>
          <w:tcW w:type="dxa" w:w="2152"/>
        </w:tcPr>
        <w:p>
          <w:pPr>
            <w:jc w:val="center"/>
          </w:pPr>
          <w:r>
            <w:rPr>
              <w:rFonts w:ascii="Inter" w:hAnsi="Inter"/>
              <w:b/>
              <w:caps/>
              <w:color w:val="B58500"/>
              <w:spacing w:val="20"/>
              <w:sz w:val="13"/>
            </w:rPr>
            <w:t>Confidential</w:t>
          </w:r>
        </w:p>
      </w:tc>
      <w:tc>
        <w:tcPr>
          <w:tcW w:type="dxa" w:w="4303"/>
        </w:tcPr>
        <w:p>
          <w:pPr>
            <w:jc w:val="right"/>
          </w:pP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backofficenow.com   ·   </w:t>
          </w: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Page </w:t>
          </w:r>
          <w:r>
            <w:rPr>
              <w:rFonts w:ascii="Inter" w:hAnsi="Inter"/>
              <w:b/>
              <w:color w:val="4A4F4C"/>
              <w:sz w:val="13"/>
            </w:rPr>
            <w:fldChar w:fldCharType="begin"/>
          </w:r>
          <w:r>
            <w:rPr>
              <w:rFonts w:ascii="Inter" w:hAnsi="Inter"/>
              <w:b/>
              <w:color w:val="4A4F4C"/>
              <w:sz w:val="13"/>
            </w:rPr>
            <w:instrText xml:space="preserve"> PAGE </w:instrText>
          </w:r>
          <w:r>
            <w:rPr>
              <w:rFonts w:ascii="Inter" w:hAnsi="Inter"/>
              <w:b/>
              <w:color w:val="4A4F4C"/>
              <w:sz w:val="13"/>
            </w:rPr>
            <w:fldChar w:fldCharType="end"/>
          </w: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 OF </w:t>
          </w:r>
          <w:r>
            <w:rPr>
              <w:rFonts w:ascii="Inter" w:hAnsi="Inter"/>
              <w:b/>
              <w:color w:val="4A4F4C"/>
              <w:sz w:val="13"/>
            </w:rPr>
            <w:fldChar w:fldCharType="begin"/>
          </w:r>
          <w:r>
            <w:rPr>
              <w:rFonts w:ascii="Inter" w:hAnsi="Inter"/>
              <w:b/>
              <w:color w:val="4A4F4C"/>
              <w:sz w:val="13"/>
            </w:rPr>
            <w:instrText xml:space="preserve"> NUMPAGES </w:instrText>
          </w:r>
          <w:r>
            <w:rPr>
              <w:rFonts w:ascii="Inter" w:hAnsi="Inter"/>
              <w:b/>
              <w:color w:val="4A4F4C"/>
              <w:sz w:val="13"/>
            </w:rPr>
            <w:fldChar w:fldCharType="end"/>
          </w:r>
        </w:p>
      </w:tc>
    </w:tr>
  </w:tbl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Bdr>
        <w:top w:val="single" w:sz="10" w:space="1" w:color="FCB900"/>
      </w:pBdr>
      <w:spacing w:after="80"/>
    </w:pPr>
  </w:p>
  <w:tbl>
    <w:tblPr>
      <w:tblW w:type="auto" w:w="0"/>
      <w:jc w:val="center"/>
      <w:tblBorders>
        <w:top w:val="none" w:sz="0" w:color="auto"/>
        <w:left w:val="none" w:sz="0" w:color="auto"/>
        <w:bottom w:val="none" w:sz="0" w:color="auto"/>
        <w:right w:val="none" w:sz="0" w:color="auto"/>
        <w:insideH w:val="none" w:sz="0" w:color="auto"/>
        <w:insideV w:val="none" w:sz="0" w:color="auto"/>
      </w:tblBorders>
      <w:tblLook w:firstColumn="1" w:firstRow="1" w:lastColumn="0" w:lastRow="0" w:noHBand="0" w:noVBand="1" w:val="04A0"/>
    </w:tblPr>
    <w:tblGrid>
      <w:gridCol w:w="4414"/>
      <w:gridCol w:w="2207"/>
      <w:gridCol w:w="4414"/>
    </w:tblGrid>
    <w:tr>
      <w:tc>
        <w:tcPr>
          <w:tcW w:type="dxa" w:w="4414"/>
        </w:tcPr>
        <w:p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>Back Office Staffing Solutions, LLC</w:t>
          </w:r>
        </w:p>
      </w:tc>
      <w:tc>
        <w:tcPr>
          <w:tcW w:type="dxa" w:w="2207"/>
        </w:tcPr>
        <w:p>
          <w:pPr>
            <w:jc w:val="center"/>
          </w:pPr>
          <w:r>
            <w:rPr>
              <w:rFonts w:ascii="Inter" w:hAnsi="Inter"/>
              <w:b/>
              <w:caps/>
              <w:color w:val="B58500"/>
              <w:spacing w:val="20"/>
              <w:sz w:val="13"/>
            </w:rPr>
            <w:t>Confidential</w:t>
          </w:r>
        </w:p>
      </w:tc>
      <w:tc>
        <w:tcPr>
          <w:tcW w:type="dxa" w:w="4414"/>
        </w:tcPr>
        <w:p>
          <w:pPr>
            <w:jc w:val="right"/>
          </w:pP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backofficenow.com   ·   </w:t>
          </w: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Page </w:t>
          </w:r>
          <w:r>
            <w:rPr>
              <w:rFonts w:ascii="Inter" w:hAnsi="Inter"/>
              <w:b/>
              <w:color w:val="4A4F4C"/>
              <w:sz w:val="13"/>
            </w:rPr>
            <w:fldChar w:fldCharType="begin"/>
          </w:r>
          <w:r>
            <w:rPr>
              <w:rFonts w:ascii="Inter" w:hAnsi="Inter"/>
              <w:b/>
              <w:color w:val="4A4F4C"/>
              <w:sz w:val="13"/>
            </w:rPr>
            <w:instrText xml:space="preserve"> PAGE </w:instrText>
          </w:r>
          <w:r>
            <w:rPr>
              <w:rFonts w:ascii="Inter" w:hAnsi="Inter"/>
              <w:b/>
              <w:color w:val="4A4F4C"/>
              <w:sz w:val="13"/>
            </w:rPr>
            <w:fldChar w:fldCharType="end"/>
          </w: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 OF </w:t>
          </w:r>
          <w:r>
            <w:rPr>
              <w:rFonts w:ascii="Inter" w:hAnsi="Inter"/>
              <w:b/>
              <w:color w:val="4A4F4C"/>
              <w:sz w:val="13"/>
            </w:rPr>
            <w:fldChar w:fldCharType="begin"/>
          </w:r>
          <w:r>
            <w:rPr>
              <w:rFonts w:ascii="Inter" w:hAnsi="Inter"/>
              <w:b/>
              <w:color w:val="4A4F4C"/>
              <w:sz w:val="13"/>
            </w:rPr>
            <w:instrText xml:space="preserve"> NUMPAGES </w:instrText>
          </w:r>
          <w:r>
            <w:rPr>
              <w:rFonts w:ascii="Inter" w:hAnsi="Inter"/>
              <w:b/>
              <w:color w:val="4A4F4C"/>
              <w:sz w:val="13"/>
            </w:rPr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jc w:val="center"/>
      <w:tblBorders>
        <w:top w:val="none" w:sz="0" w:color="auto"/>
        <w:left w:val="none" w:sz="0" w:color="auto"/>
        <w:bottom w:val="none" w:sz="0" w:color="auto"/>
        <w:right w:val="none" w:sz="0" w:color="auto"/>
        <w:insideH w:val="none" w:sz="0" w:color="auto"/>
        <w:insideV w:val="none" w:sz="0" w:color="auto"/>
      </w:tblBorders>
      <w:tblLook w:firstColumn="1" w:firstRow="1" w:lastColumn="0" w:lastRow="0" w:noHBand="0" w:noVBand="1" w:val="04A0"/>
    </w:tblPr>
    <w:tblGrid>
      <w:gridCol w:w="3765"/>
      <w:gridCol w:w="6993"/>
    </w:tblGrid>
    <w:tr>
      <w:tc>
        <w:tcPr>
          <w:tcW w:type="dxa" w:w="3765"/>
        </w:tcPr>
        <w:p>
          <w:r>
            <w:drawing>
              <wp:inline xmlns:a="http://schemas.openxmlformats.org/drawingml/2006/main" xmlns:pic="http://schemas.openxmlformats.org/drawingml/2006/picture">
                <wp:extent cx="960120" cy="330861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header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60120" cy="330861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6993"/>
        </w:tcPr>
        <w:p>
          <w:pPr>
            <w:jc w:val="right"/>
          </w:pPr>
          <w:r>
            <w:rPr>
              <w:rFonts w:ascii="Inter" w:hAnsi="Inter"/>
              <w:b/>
              <w:caps/>
              <w:color w:val="2B2F2D"/>
              <w:spacing w:val="30"/>
              <w:sz w:val="14"/>
            </w:rPr>
            <w:t>Employer of Record · Back Office Services</w:t>
          </w:r>
        </w:p>
        <w:p>
          <w:pPr>
            <w:jc w:val="right"/>
          </w:pPr>
          <w:r>
            <w:rPr>
              <w:rFonts w:ascii="Inter" w:hAnsi="Inter"/>
              <w:b/>
              <w:caps/>
              <w:color w:val="B58500"/>
              <w:spacing w:val="30"/>
              <w:sz w:val="14"/>
            </w:rPr>
            <w:t>Operations · Forms</w:t>
          </w:r>
        </w:p>
      </w:tc>
    </w:tr>
  </w:tbl>
  <w:p>
    <w:pPr>
      <w:pBdr>
        <w:bottom w:val="single" w:sz="14" w:space="1" w:color="FCB900"/>
      </w:pBdr>
      <w:spacing w:before="80" w:after="0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jc w:val="center"/>
      <w:tblBorders>
        <w:top w:val="none" w:sz="0" w:color="auto"/>
        <w:left w:val="none" w:sz="0" w:color="auto"/>
        <w:bottom w:val="none" w:sz="0" w:color="auto"/>
        <w:right w:val="none" w:sz="0" w:color="auto"/>
        <w:insideH w:val="none" w:sz="0" w:color="auto"/>
        <w:insideV w:val="none" w:sz="0" w:color="auto"/>
      </w:tblBorders>
      <w:tblLook w:firstColumn="1" w:firstRow="1" w:lastColumn="0" w:lastRow="0" w:noHBand="0" w:noVBand="1" w:val="04A0"/>
    </w:tblPr>
    <w:tblGrid>
      <w:gridCol w:w="3862"/>
      <w:gridCol w:w="7172"/>
    </w:tblGrid>
    <w:tr>
      <w:tc>
        <w:tcPr>
          <w:tcW w:type="dxa" w:w="3862"/>
        </w:tcPr>
        <w:p>
          <w:r>
            <w:drawing>
              <wp:inline xmlns:a="http://schemas.openxmlformats.org/drawingml/2006/main" xmlns:pic="http://schemas.openxmlformats.org/drawingml/2006/picture">
                <wp:extent cx="960120" cy="330861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header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60120" cy="330861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7172"/>
        </w:tcPr>
        <w:p>
          <w:pPr>
            <w:jc w:val="right"/>
          </w:pPr>
          <w:r>
            <w:rPr>
              <w:rFonts w:ascii="Inter" w:hAnsi="Inter"/>
              <w:b/>
              <w:caps/>
              <w:color w:val="2B2F2D"/>
              <w:spacing w:val="30"/>
              <w:sz w:val="14"/>
            </w:rPr>
            <w:t>Employer of Record · Back Office Services</w:t>
          </w:r>
        </w:p>
        <w:p>
          <w:pPr>
            <w:jc w:val="right"/>
          </w:pPr>
          <w:r>
            <w:rPr>
              <w:rFonts w:ascii="Inter" w:hAnsi="Inter"/>
              <w:b/>
              <w:caps/>
              <w:color w:val="B58500"/>
              <w:spacing w:val="30"/>
              <w:sz w:val="14"/>
            </w:rPr>
            <w:t>Operations · Forms</w:t>
          </w:r>
        </w:p>
      </w:tc>
    </w:tr>
  </w:tbl>
  <w:p>
    <w:pPr>
      <w:pBdr>
        <w:bottom w:val="single" w:sz="14" w:space="1" w:color="FCB900"/>
      </w:pBdr>
      <w:spacing w:before="80" w:after="0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