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276"/>
        <w:gridCol w:w="6084"/>
      </w:tblGrid>
      <w:tr>
        <w:tc>
          <w:tcPr>
            <w:tcW w:type="dxa" w:w="3276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084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632"/>
        <w:ind w:left="0" w:right="0"/>
      </w:pPr>
    </w:p>
    <w:p>
      <w:pPr>
        <w:widowControl/>
        <w:autoSpaceDE w:val="0"/>
        <w:autoSpaceDN w:val="0"/>
        <w:spacing w:line="245" w:lineRule="auto" w:before="0" w:after="0"/>
        <w:ind w:left="3168" w:right="3168" w:firstLine="0"/>
        <w:jc w:val="center"/>
      </w:pPr>
      <w:r>
        <w:rPr>
          <w:rFonts w:ascii="Arial Narrow" w:hAnsi="Arial Narrow" w:eastAsia="Arial Narrow"/>
          <w:b w:val="0"/>
          <w:i w:val="0"/>
          <w:color w:val="000000"/>
          <w:sz w:val="20"/>
          <w:u w:val="single"/>
        </w:rPr>
        <w:t>YOUR COMPANY NAME</w:t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Provider of Healthcare Personnel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Your Phone number and email address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0"/>
        </w:rPr>
        <w:t xml:space="preserve">www.companywebsite.com </w:t>
      </w:r>
    </w:p>
    <w:p>
      <w:pPr>
        <w:widowControl/>
        <w:autoSpaceDE w:val="0"/>
        <w:autoSpaceDN w:val="0"/>
        <w:spacing w:line="240" w:lineRule="auto" w:before="958" w:after="0"/>
        <w:ind w:left="0" w:right="0" w:firstLine="0"/>
        <w:jc w:val="center"/>
      </w:pPr>
      <w:r>
        <w:rPr>
          <w:rFonts w:ascii="Arial Narrow" w:hAnsi="Arial Narrow" w:eastAsia="Arial Narrow"/>
          <w:b/>
          <w:i w:val="0"/>
          <w:color w:val="000000"/>
          <w:sz w:val="28"/>
        </w:rPr>
        <w:t xml:space="preserve">DEMAND FOR PAYMENT </w:t>
      </w:r>
    </w:p>
    <w:p>
      <w:pPr>
        <w:widowControl/>
        <w:autoSpaceDE w:val="0"/>
        <w:autoSpaceDN w:val="0"/>
        <w:spacing w:line="358" w:lineRule="auto" w:before="316" w:after="0"/>
        <w:ind w:left="360" w:right="8352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Date: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To: </w:t>
      </w:r>
    </w:p>
    <w:p>
      <w:pPr>
        <w:widowControl/>
        <w:autoSpaceDE w:val="0"/>
        <w:autoSpaceDN w:val="0"/>
        <w:spacing w:line="434" w:lineRule="auto" w:before="812" w:after="0"/>
        <w:ind w:left="360" w:right="1584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Dear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We have tried several times to resolve the problem of your past due account, but the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problem continues. Your account remains seriously overdue in the amount of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$_______________ This is your final notice. Unless we have your check for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__________________________dollars ( $0.00 ) within ten (10) days, </w:t>
      </w:r>
      <w:r>
        <w:br/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we shall immediately turn your account over to our attorneys for collection. </w:t>
      </w:r>
    </w:p>
    <w:p>
      <w:pPr>
        <w:widowControl/>
        <w:autoSpaceDE w:val="0"/>
        <w:autoSpaceDN w:val="0"/>
        <w:spacing w:line="358" w:lineRule="auto" w:before="266" w:after="0"/>
        <w:ind w:left="360" w:right="1584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We believe you’ll agree that immediate payment is in your own best interest as it will </w:t>
      </w: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save you added interest and court costs, and help preserve your credit rating. </w:t>
      </w:r>
    </w:p>
    <w:p>
      <w:pPr>
        <w:widowControl/>
        <w:autoSpaceDE w:val="0"/>
        <w:autoSpaceDN w:val="0"/>
        <w:spacing w:line="240" w:lineRule="auto" w:before="1086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Very truly yours, </w:t>
      </w:r>
    </w:p>
    <w:p>
      <w:pPr>
        <w:widowControl/>
        <w:autoSpaceDE w:val="0"/>
        <w:autoSpaceDN w:val="0"/>
        <w:spacing w:line="238" w:lineRule="auto" w:before="812" w:after="0"/>
        <w:ind w:left="360" w:right="0" w:firstLine="0"/>
        <w:jc w:val="left"/>
      </w:pPr>
      <w:r>
        <w:rPr>
          <w:rFonts w:ascii="Arial Narrow" w:hAnsi="Arial Narrow" w:eastAsia="Arial Narrow"/>
          <w:b w:val="0"/>
          <w:i w:val="0"/>
          <w:color w:val="000000"/>
          <w:sz w:val="24"/>
        </w:rPr>
        <w:t xml:space="preserve">___________________________________ </w:t>
      </w:r>
    </w:p>
    <w:p>
      <w:pPr>
        <w:sectPr>
          <w:headerReference w:type="default" r:id="rId9"/>
          <w:headerReference w:type="first" r:id="rId14"/>
          <w:footerReference w:type="default" r:id="rId10"/>
          <w:pgSz w:w="12240" w:h="15840"/>
          <w:pgMar w:top="1720" w:right="1440" w:bottom="1440" w:left="1440" w:header="620" w:footer="560" w:gutter="0"/>
          <w:cols/>
          <w:titlePg/>
          <w:docGrid w:linePitch="360"/>
        </w:sectPr>
      </w:pPr>
    </w:p>
    <w:sectPr w:rsidR="00FC693F" w:rsidRPr="0006063C" w:rsidSect="00034616">
      <w:headerReference w:type="default" r:id="rId11"/>
      <w:footerReference w:type="default" r:id="rId12"/>
      <w:pgSz w:w="12240" w:h="15840"/>
      <w:pgMar w:top="1720" w:right="1440" w:bottom="1440" w:left="1440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4"/>
      <w:gridCol w:w="1872"/>
      <w:gridCol w:w="3744"/>
    </w:tblGrid>
    <w:tr>
      <w:tc>
        <w:tcPr>
          <w:tcW w:type="dxa" w:w="374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187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374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276"/>
      <w:gridCol w:w="6084"/>
    </w:tblGrid>
    <w:tr>
      <w:tc>
        <w:tcPr>
          <w:tcW w:type="dxa" w:w="3276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84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