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632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Prov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id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er of H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al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th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>care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Pe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38" w:lineRule="auto" w:before="640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DISCIPLINARY NOTICE </w:t>
      </w:r>
    </w:p>
    <w:p>
      <w:pPr>
        <w:widowControl/>
        <w:autoSpaceDE w:val="0"/>
        <w:autoSpaceDN w:val="0"/>
        <w:spacing w:line="240" w:lineRule="auto" w:before="956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Employee_______________________________________________________________ </w:t>
      </w:r>
    </w:p>
    <w:p>
      <w:pPr>
        <w:widowControl/>
        <w:autoSpaceDE w:val="0"/>
        <w:autoSpaceDN w:val="0"/>
        <w:spacing w:line="240" w:lineRule="auto" w:before="54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Department______________________________________________________________ </w:t>
      </w:r>
    </w:p>
    <w:p>
      <w:pPr>
        <w:widowControl/>
        <w:autoSpaceDE w:val="0"/>
        <w:autoSpaceDN w:val="0"/>
        <w:spacing w:line="240" w:lineRule="auto" w:before="54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 Written Warning ____ Final Warning </w:t>
      </w:r>
    </w:p>
    <w:p>
      <w:pPr>
        <w:widowControl/>
        <w:autoSpaceDE w:val="0"/>
        <w:autoSpaceDN w:val="0"/>
        <w:spacing w:line="245" w:lineRule="auto" w:before="266" w:after="0"/>
        <w:ind w:left="360" w:right="2016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1. Statement of the problem: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2. Prior discussion or warnings on this subject, whether oral or written: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3. Company policy on this subject: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4. Summary of corrective action to be taken by the Company and/or employee: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5. Consequences of failure to improve performance or correct behavior: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6. Employee statement: </w:t>
      </w:r>
    </w:p>
    <w:p>
      <w:pPr>
        <w:widowControl/>
        <w:autoSpaceDE w:val="0"/>
        <w:autoSpaceDN w:val="0"/>
        <w:spacing w:line="238" w:lineRule="auto" w:before="542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Employee Signature:__________________________________________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Date______________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Management Approval:________________________________________ </w:t>
      </w:r>
    </w:p>
    <w:p>
      <w:pPr>
        <w:widowControl/>
        <w:autoSpaceDE w:val="0"/>
        <w:autoSpaceDN w:val="0"/>
        <w:spacing w:line="238" w:lineRule="auto" w:before="268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Date______________ </w:t>
      </w:r>
    </w:p>
    <w:p>
      <w:pPr>
        <w:widowControl/>
        <w:autoSpaceDE w:val="0"/>
        <w:autoSpaceDN w:val="0"/>
        <w:spacing w:line="240" w:lineRule="auto" w:before="270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Distribution: One copy to Employee, one copy to Supervisor and original to Personnel File.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144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