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212"/>
        <w:ind w:left="0" w:right="0"/>
      </w:pPr>
    </w:p>
    <w:p>
      <w:pPr>
        <w:widowControl/>
        <w:autoSpaceDE w:val="0"/>
        <w:autoSpaceDN w:val="0"/>
        <w:spacing w:line="197" w:lineRule="auto" w:before="0" w:after="0"/>
        <w:ind w:left="0" w:right="0" w:firstLine="0"/>
        <w:jc w:val="center"/>
      </w:pPr>
      <w:r>
        <w:rPr>
          <w:rFonts w:ascii="Calibri" w:hAnsi="Calibri" w:eastAsia="Calibri"/>
          <w:b/>
          <w:i w:val="0"/>
          <w:color w:val="000000"/>
          <w:sz w:val="72"/>
        </w:rPr>
        <w:t>ABC RECRUITING COMPANY</w:t>
      </w:r>
    </w:p>
    <w:p>
      <w:pPr>
        <w:widowControl/>
        <w:autoSpaceDE w:val="0"/>
        <w:autoSpaceDN w:val="0"/>
        <w:spacing w:line="222" w:lineRule="exact" w:before="386" w:after="0"/>
        <w:ind w:left="0" w:right="0" w:firstLine="0"/>
        <w:jc w:val="center"/>
      </w:pPr>
      <w:r>
        <w:rPr>
          <w:rFonts w:ascii="Arial,Bold" w:hAnsi="Arial,Bold" w:eastAsia="Arial,Bold"/>
          <w:b/>
          <w:i w:val="0"/>
          <w:color w:val="000000"/>
          <w:sz w:val="20"/>
        </w:rPr>
        <w:t>AGREEMENT FOR SEARCH AND PLACEMENT SERVICES</w:t>
      </w:r>
    </w:p>
    <w:p>
      <w:pPr>
        <w:widowControl/>
        <w:autoSpaceDE w:val="0"/>
        <w:autoSpaceDN w:val="0"/>
        <w:spacing w:line="230" w:lineRule="exact" w:before="232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GENERAL AGREEMENT: ABC RECRUITING COMPANY agrees to use its best efforts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identify, pre-screen and provide candidates to fill positions as requested by Employer.  Employer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agrees to abide by the terms and conditions of this agreement. </w:t>
      </w:r>
    </w:p>
    <w:p>
      <w:pPr>
        <w:widowControl/>
        <w:autoSpaceDE w:val="0"/>
        <w:autoSpaceDN w:val="0"/>
        <w:spacing w:line="230" w:lineRule="exact" w:before="228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GUARANTEE: ABC RECRUITING COMPANY will unconditionally guarantee any placement for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thirty (30) days.  If the employee leaves or is terminated for any reason whatsoever within thirty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(30) days of starting work, ABC RECRUITING COMPANY will make every effort to replace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individual.  This guarantee will be valid as long as the job description and pay plan remains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same, and the employee continues to report to the same manager and division of the company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and provided the fees pursuant to this agreement are received by ABC RECRUITING COMPANY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within fifteen (15) working days from date of invoice.  ABC RECRUITING COMPANY' liability is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limited to the amount paid for such placement. </w:t>
      </w:r>
    </w:p>
    <w:p>
      <w:pPr>
        <w:widowControl/>
        <w:autoSpaceDE w:val="0"/>
        <w:autoSpaceDN w:val="0"/>
        <w:spacing w:line="230" w:lineRule="exact" w:before="230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FEES: Employer agrees to pay a placement fee to ABC RECRUITING COMPANY when a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candidate directly or indirectly referred by ABC RECRUITING COMPANY is hired for any position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by employer or any of its affiliates within a period of one (1) year from the initial referral and/or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identification of the candidate to employer or any of its affiliates. </w:t>
      </w:r>
    </w:p>
    <w:p>
      <w:pPr>
        <w:widowControl/>
        <w:autoSpaceDE w:val="0"/>
        <w:autoSpaceDN w:val="0"/>
        <w:spacing w:line="230" w:lineRule="exact" w:before="0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The total placement fee is a flat fee of 30% of candidate's total first year compensation, including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signing bonus. </w:t>
      </w:r>
    </w:p>
    <w:p>
      <w:pPr>
        <w:widowControl/>
        <w:autoSpaceDE w:val="0"/>
        <w:autoSpaceDN w:val="0"/>
        <w:spacing w:line="230" w:lineRule="exact" w:before="230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A non-refundable engagement fee reflecting one-quarter of the anticipated total fee will be paid in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order to commence the search.  The remaining balance will be invoiced on the candidate’s start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date with the employer’s company. </w:t>
      </w:r>
    </w:p>
    <w:p>
      <w:pPr>
        <w:widowControl/>
        <w:autoSpaceDE w:val="0"/>
        <w:autoSpaceDN w:val="0"/>
        <w:spacing w:line="230" w:lineRule="exact" w:before="230" w:after="0"/>
        <w:ind w:left="360" w:right="43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TERMS: Due upon receipt of invoice.  Fees unpaid after thirty (30) days from date of invoice will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be subject to an interest surcharge of 1% per month from the date such fees are due until the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date of payment.  If ABC RECRUITING COMPANY is required to take any action to collect any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fees (including interest on unpaid fees) that are not paid when due under the terms of this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agreement, employer shall be obligated to reimburse ABC RECRUITING COMPANY for its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reasonable costs of collection, including attorneys' fees. </w:t>
      </w:r>
    </w:p>
    <w:p>
      <w:pPr>
        <w:widowControl/>
        <w:autoSpaceDE w:val="0"/>
        <w:autoSpaceDN w:val="0"/>
        <w:spacing w:line="230" w:lineRule="exact" w:before="230" w:after="0"/>
        <w:ind w:left="360" w:right="43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REFERRALS: Employer's employment of any candidate who has been directly or indirectly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referred by ABC RECRUITING COMPANY constitutes employer's agreement with ABC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RECRUITING COMPANY’s fee schedule and terms.  Referrals are on a confidential basis and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employer shall be responsible for and hold ABC RECRUITING COMPANY harmless from any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liability for any breach of this confidence.  When a candidate being interviewed, under this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agreement, is referred by a client to another company or competitive agency within the first year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from the original referral or employment date, then a placement fee is due under this agreement. </w:t>
      </w:r>
    </w:p>
    <w:p>
      <w:pPr>
        <w:widowControl/>
        <w:autoSpaceDE w:val="0"/>
        <w:autoSpaceDN w:val="0"/>
        <w:spacing w:line="230" w:lineRule="exact" w:before="2" w:after="0"/>
        <w:ind w:left="36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In addition, when original candidate provides further leads and such individual is hired, a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placement fee will be due under this agreement.  Employer agrees not to require any candidate to 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reimburse employer for any placement fee paid to ABC RECRUITING COMPANY. </w:t>
      </w:r>
    </w:p>
    <w:p>
      <w:pPr>
        <w:widowControl/>
        <w:autoSpaceDE w:val="0"/>
        <w:autoSpaceDN w:val="0"/>
        <w:spacing w:line="222" w:lineRule="exact" w:before="470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 Name printed and signed________________________________________________________. </w:t>
      </w:r>
    </w:p>
    <w:p>
      <w:pPr>
        <w:widowControl/>
        <w:autoSpaceDE w:val="0"/>
        <w:autoSpaceDN w:val="0"/>
        <w:spacing w:line="222" w:lineRule="exact" w:before="236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 Company, Title and Date_________________________________________________________ </w:t>
      </w:r>
    </w:p>
    <w:p>
      <w:pPr>
        <w:widowControl/>
        <w:autoSpaceDE w:val="0"/>
        <w:autoSpaceDN w:val="0"/>
        <w:spacing w:line="222" w:lineRule="exact" w:before="238" w:after="0"/>
        <w:ind w:left="0" w:right="0" w:firstLine="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YOUR NAME  _____________________ YOUR TITLE_________________________________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