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132" w:lineRule="exact" w:before="0" w:after="0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Prov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ider of Health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40" w:lineRule="auto" w:before="528" w:after="0"/>
        <w:ind w:left="360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Name ___________________________          Date____________________ </w:t>
      </w:r>
    </w:p>
    <w:p>
      <w:pPr>
        <w:widowControl/>
        <w:autoSpaceDE w:val="0"/>
        <w:autoSpaceDN w:val="0"/>
        <w:spacing w:line="245" w:lineRule="auto" w:before="806" w:after="0"/>
        <w:ind w:left="360" w:right="432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Please list below any income to be withheld, examples: child support, garnishment, </w:t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and any income to be withheld by the court. </w:t>
      </w:r>
    </w:p>
    <w:p>
      <w:pPr>
        <w:widowControl/>
        <w:autoSpaceDE w:val="0"/>
        <w:autoSpaceDN w:val="0"/>
        <w:spacing w:line="425" w:lineRule="auto" w:before="282" w:after="0"/>
        <w:ind w:left="360" w:right="288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Name of Company 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Amount _______________________________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Dates of Payment ________________________ Signature_____________________ </w:t>
      </w:r>
    </w:p>
    <w:p>
      <w:pPr>
        <w:widowControl/>
        <w:autoSpaceDE w:val="0"/>
        <w:autoSpaceDN w:val="0"/>
        <w:spacing w:line="425" w:lineRule="auto" w:before="806" w:after="0"/>
        <w:ind w:left="360" w:right="288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Name of Company 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Amount _______________________________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Dates of Payment ________________________ Signature_____________________ </w:t>
      </w:r>
    </w:p>
    <w:p>
      <w:pPr>
        <w:widowControl/>
        <w:autoSpaceDE w:val="0"/>
        <w:autoSpaceDN w:val="0"/>
        <w:spacing w:line="425" w:lineRule="auto" w:before="804" w:after="0"/>
        <w:ind w:left="360" w:right="288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Name of Company 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Amount _______________________________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Dates of Payment ________________________ Signature_____________________ </w:t>
      </w:r>
    </w:p>
    <w:p>
      <w:pPr>
        <w:widowControl/>
        <w:autoSpaceDE w:val="0"/>
        <w:autoSpaceDN w:val="0"/>
        <w:spacing w:line="425" w:lineRule="auto" w:before="806" w:after="0"/>
        <w:ind w:left="360" w:right="288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Name of Company 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Amount _______________________________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Dates of Payment ________________________ Signature_____________________ </w:t>
      </w:r>
    </w:p>
    <w:p>
      <w:pPr>
        <w:widowControl/>
        <w:autoSpaceDE w:val="0"/>
        <w:autoSpaceDN w:val="0"/>
        <w:spacing w:line="425" w:lineRule="auto" w:before="802" w:after="0"/>
        <w:ind w:left="360" w:right="288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Name of Company 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Amount _______________________________ </w:t>
      </w:r>
      <w:r>
        <w:br/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Dates of Payment ________________________ Signature_____________________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