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2780"/>
        </w:trPr>
        <w:tc>
          <w:tcPr>
            <w:tcW w:type="dxa" w:w="226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2110" w:after="0"/>
              <w:ind w:left="0" w:right="238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1. </w:t>
            </w:r>
          </w:p>
        </w:tc>
        <w:tc>
          <w:tcPr>
            <w:tcW w:type="dxa" w:w="998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440" w:after="0"/>
              <w:ind w:left="478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  <w:u w:val="single"/>
              </w:rPr>
              <w:t>Sample of An Agreement between Contractor and YOUR COMPANY NAME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 </w:t>
            </w:r>
          </w:p>
          <w:p>
            <w:pPr>
              <w:widowControl/>
              <w:autoSpaceDE w:val="0"/>
              <w:autoSpaceDN w:val="0"/>
              <w:spacing w:line="245" w:lineRule="auto" w:before="448" w:after="0"/>
              <w:ind w:left="980" w:right="5184" w:hanging="72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undersigned individual is a, please initial one: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a. Registered Nurse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b. License Practical Nurse </w:t>
            </w:r>
          </w:p>
        </w:tc>
      </w:tr>
    </w:tbl>
    <w:p>
      <w:pPr>
        <w:widowControl/>
        <w:autoSpaceDE w:val="0"/>
        <w:autoSpaceDN w:val="0"/>
        <w:spacing w:line="245" w:lineRule="auto" w:before="2" w:after="0"/>
        <w:ind w:left="3240" w:right="590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c. Trained Medical Assistant </w:t>
      </w:r>
      <w:r>
        <w:br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d. Nursing Assistant Registered </w:t>
      </w:r>
    </w:p>
    <w:p>
      <w:pPr>
        <w:widowControl/>
        <w:autoSpaceDE w:val="0"/>
        <w:autoSpaceDN w:val="0"/>
        <w:spacing w:line="245" w:lineRule="auto" w:before="224" w:after="0"/>
        <w:ind w:left="2520" w:right="187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wishes to enter into a non-exclusive placement contract with the __________ to have it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find limited contractual engagements for nursing work for which the Undersigned holds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applicable license. </w:t>
      </w:r>
    </w:p>
    <w:p>
      <w:pPr>
        <w:widowControl/>
        <w:tabs>
          <w:tab w:pos="2520" w:val="left"/>
        </w:tabs>
        <w:autoSpaceDE w:val="0"/>
        <w:autoSpaceDN w:val="0"/>
        <w:spacing w:line="245" w:lineRule="auto" w:before="224" w:after="0"/>
        <w:ind w:left="1800" w:right="172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2.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undersigned individual, referred to as Nurse throughout the rest of this agreement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understands that this engagement is as independent contractor, and not as an employee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of the __________ or a contracting (client) Hospital.  As such, the Nurse understands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that he or she will be solely responsible for all payment of income and self-employment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taxes.  No taxes will be held from Nurse income.  __________ will report all income over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$600.00 per year or over to the Internal Revenue Service and the State of __________,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and will provide the Nurse with a form 1099 for their records, to assist them in filing their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taxes. </w:t>
      </w:r>
    </w:p>
    <w:p>
      <w:pPr>
        <w:widowControl/>
        <w:tabs>
          <w:tab w:pos="2520" w:val="left"/>
        </w:tabs>
        <w:autoSpaceDE w:val="0"/>
        <w:autoSpaceDN w:val="0"/>
        <w:spacing w:line="245" w:lineRule="auto" w:before="224" w:after="0"/>
        <w:ind w:left="1800" w:right="230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3.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__________ shall act solely as contracting agent to sub-contract nurses to the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Hospital. </w:t>
      </w:r>
    </w:p>
    <w:p>
      <w:pPr>
        <w:widowControl/>
        <w:tabs>
          <w:tab w:pos="2520" w:val="left"/>
        </w:tabs>
        <w:autoSpaceDE w:val="0"/>
        <w:autoSpaceDN w:val="0"/>
        <w:spacing w:line="245" w:lineRule="auto" w:before="224" w:after="0"/>
        <w:ind w:left="1800" w:right="172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4.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 is being compensated for the service of the Nurse, and the Nurse appoints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__________ as his/her agent to find contracts for him/her and to receive </w:t>
      </w:r>
      <w:r>
        <w:br/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compensation on his/her behalf.  The agency appointment by the Nurse is irrevocable as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to that particular contract.  The __________ agrees to pay the Nurse for his/her time at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following rate $____/hr on weekday and $______/hr weekend.   Payment shall be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made every end of the month, or within 48 hours after the __________ receives collected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funds from the Hospital for which the contract was performed, if later. </w:t>
      </w:r>
    </w:p>
    <w:p>
      <w:pPr>
        <w:widowControl/>
        <w:tabs>
          <w:tab w:pos="2520" w:val="left"/>
        </w:tabs>
        <w:autoSpaceDE w:val="0"/>
        <w:autoSpaceDN w:val="0"/>
        <w:spacing w:line="245" w:lineRule="auto" w:before="224" w:after="0"/>
        <w:ind w:left="1800" w:right="172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5.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Nurse agrees not to perform duties at the Nursing Home outside the scope of his/her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license. </w:t>
      </w:r>
    </w:p>
    <w:p>
      <w:pPr>
        <w:widowControl/>
        <w:tabs>
          <w:tab w:pos="2520" w:val="left"/>
        </w:tabs>
        <w:autoSpaceDE w:val="0"/>
        <w:autoSpaceDN w:val="0"/>
        <w:spacing w:line="233" w:lineRule="auto" w:before="226" w:after="0"/>
        <w:ind w:left="18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6.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Each nurse represents to the __________ that: </w:t>
      </w:r>
    </w:p>
    <w:p>
      <w:pPr>
        <w:widowControl/>
        <w:tabs>
          <w:tab w:pos="3240" w:val="left"/>
        </w:tabs>
        <w:autoSpaceDE w:val="0"/>
        <w:autoSpaceDN w:val="0"/>
        <w:spacing w:line="233" w:lineRule="auto" w:before="224" w:after="2"/>
        <w:ind w:left="252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nurse is licensed in the State of __________ to perform the type of nursing </w:t>
      </w:r>
    </w:p>
    <w:tbl>
      <w:tblPr>
        <w:tblW w:type="auto" w:w="0"/>
        <w:tblInd w:w="126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1340"/>
        </w:trPr>
        <w:tc>
          <w:tcPr>
            <w:tcW w:type="dxa" w:w="17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70" w:after="0"/>
              <w:ind w:left="0" w:right="250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B </w:t>
            </w:r>
          </w:p>
        </w:tc>
        <w:tc>
          <w:tcPr>
            <w:tcW w:type="dxa" w:w="82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5" w:lineRule="auto" w:before="0" w:after="0"/>
              <w:ind w:left="280" w:right="1008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for which they are place to, and their license is not suspended or revoked, and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has never been suspended or revoked. </w:t>
            </w:r>
          </w:p>
          <w:p>
            <w:pPr>
              <w:widowControl/>
              <w:autoSpaceDE w:val="0"/>
              <w:autoSpaceDN w:val="0"/>
              <w:spacing w:line="245" w:lineRule="auto" w:before="226" w:after="0"/>
              <w:ind w:left="280" w:right="1008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carries malpractice insurance in the amount of at least one million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U.S. dollars if a Registered or License Practical Nurse and for the premiums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have been paid.  The Nurse carries malpractice insurance in the amount of at </w:t>
            </w:r>
          </w:p>
        </w:tc>
      </w:tr>
    </w:tbl>
    <w:p>
      <w:pPr>
        <w:widowControl/>
        <w:autoSpaceDE w:val="0"/>
        <w:autoSpaceDN w:val="0"/>
        <w:spacing w:line="233" w:lineRule="auto" w:before="0" w:after="2"/>
        <w:ind w:left="0" w:right="1846" w:firstLine="0"/>
        <w:jc w:val="righ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least five hundred thousand U.S. dollars if a nursing assistants and for which the </w:t>
      </w:r>
    </w:p>
    <w:tbl>
      <w:tblPr>
        <w:tblW w:type="auto" w:w="0"/>
        <w:tblInd w:w="126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2010"/>
        </w:trPr>
        <w:tc>
          <w:tcPr>
            <w:tcW w:type="dxa" w:w="174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448" w:after="0"/>
              <w:ind w:left="0" w:right="280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C </w:t>
            </w:r>
          </w:p>
          <w:p>
            <w:pPr>
              <w:widowControl/>
              <w:autoSpaceDE w:val="0"/>
              <w:autoSpaceDN w:val="0"/>
              <w:spacing w:line="235" w:lineRule="auto" w:before="446" w:after="0"/>
              <w:ind w:left="0" w:right="226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D. </w:t>
            </w:r>
          </w:p>
          <w:p>
            <w:pPr>
              <w:widowControl/>
              <w:autoSpaceDE w:val="0"/>
              <w:autoSpaceDN w:val="0"/>
              <w:spacing w:line="233" w:lineRule="auto" w:before="446" w:after="0"/>
              <w:ind w:left="0" w:right="234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E. </w:t>
            </w:r>
          </w:p>
        </w:tc>
        <w:tc>
          <w:tcPr>
            <w:tcW w:type="dxa" w:w="828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5" w:lineRule="auto" w:before="0" w:after="0"/>
              <w:ind w:left="24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premiums have been paid. </w:t>
            </w:r>
          </w:p>
          <w:p>
            <w:pPr>
              <w:widowControl/>
              <w:autoSpaceDE w:val="0"/>
              <w:autoSpaceDN w:val="0"/>
              <w:spacing w:line="245" w:lineRule="auto" w:before="224" w:after="0"/>
              <w:ind w:left="240" w:right="1728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Nurse is not covered by worker’s compensation insurance through the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__________ for being an independent contractor. </w:t>
            </w:r>
          </w:p>
          <w:p>
            <w:pPr>
              <w:widowControl/>
              <w:autoSpaceDE w:val="0"/>
              <w:autoSpaceDN w:val="0"/>
              <w:spacing w:line="245" w:lineRule="auto" w:before="224" w:after="0"/>
              <w:ind w:left="240" w:right="1152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has a minimum of one year experience in one of the following four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types of nursing indicated above. </w:t>
            </w:r>
          </w:p>
          <w:p>
            <w:pPr>
              <w:widowControl/>
              <w:autoSpaceDE w:val="0"/>
              <w:autoSpaceDN w:val="0"/>
              <w:spacing w:line="233" w:lineRule="auto" w:before="224" w:after="0"/>
              <w:ind w:left="24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agrees that unless they are told otherwise, they are to wear standard </w:t>
            </w:r>
          </w:p>
        </w:tc>
      </w:tr>
    </w:tbl>
    <w:p>
      <w:pPr>
        <w:widowControl/>
        <w:autoSpaceDE w:val="0"/>
        <w:autoSpaceDN w:val="0"/>
        <w:spacing w:line="233" w:lineRule="auto" w:before="0" w:after="590"/>
        <w:ind w:left="0" w:right="2706" w:firstLine="0"/>
        <w:jc w:val="righ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white attire, including ID nametag and a transfer belt while on contract. </w:t>
      </w:r>
    </w:p>
    <w:tbl>
      <w:tblPr>
        <w:tblW w:type="auto" w:w="0"/>
        <w:tblInd w:w="3000.0" w:type="dxa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hRule="exact" w:val="320"/>
        </w:trPr>
        <w:tc>
          <w:tcPr>
            <w:tcW w:type="dxa" w:w="620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 xml:space="preserve">1 </w:t>
            </w:r>
          </w:p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9"/>
          <w:headerReference w:type="first" r:id="rId16"/>
          <w:footerReference w:type="default" r:id="rId10"/>
          <w:pgSz w:w="12240" w:h="15840"/>
          <w:pgMar w:top="1720" w:right="0" w:bottom="1440" w:left="0" w:header="620" w:footer="560" w:gutter="0"/>
          <w:cols/>
          <w:titlePg/>
          <w:docGrid w:linePitch="360"/>
        </w:sectPr>
      </w:pP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hRule="exact" w:val="1664"/>
        </w:trPr>
        <w:tc>
          <w:tcPr>
            <w:tcW w:type="dxa" w:w="1224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440" w:after="0"/>
              <w:ind w:left="252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F.        The nurse authorized the __________ to deduct necessary payments for the </w:t>
            </w:r>
          </w:p>
        </w:tc>
      </w:tr>
    </w:tbl>
    <w:p>
      <w:pPr>
        <w:widowControl/>
        <w:autoSpaceDE w:val="0"/>
        <w:autoSpaceDN w:val="0"/>
        <w:spacing w:line="20" w:lineRule="exact" w:before="0" w:after="0"/>
        <w:ind w:left="0" w:right="0"/>
      </w:pPr>
    </w:p>
    <w:tbl>
      <w:tblPr>
        <w:tblW w:type="auto" w:w="0"/>
        <w:tblInd w:w="90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1116"/>
        </w:trPr>
        <w:tc>
          <w:tcPr>
            <w:tcW w:type="dxa" w:w="13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892" w:after="0"/>
              <w:ind w:left="0" w:right="238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7. </w:t>
            </w:r>
          </w:p>
        </w:tc>
        <w:tc>
          <w:tcPr>
            <w:tcW w:type="dxa" w:w="90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5" w:lineRule="auto" w:before="0" w:after="0"/>
              <w:ind w:left="980" w:right="1008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Malpractice   Insurance from the Nurse's pay, statement of deductions and an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annual summary shall be supplied by the __________, to the nurse. </w:t>
            </w:r>
          </w:p>
          <w:p>
            <w:pPr>
              <w:widowControl/>
              <w:autoSpaceDE w:val="0"/>
              <w:autoSpaceDN w:val="0"/>
              <w:spacing w:line="233" w:lineRule="auto" w:before="448" w:after="0"/>
              <w:ind w:left="26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agrees to supply any information necessary to insure that the __________ is </w:t>
            </w:r>
          </w:p>
        </w:tc>
      </w:tr>
    </w:tbl>
    <w:p>
      <w:pPr>
        <w:widowControl/>
        <w:autoSpaceDE w:val="0"/>
        <w:autoSpaceDN w:val="0"/>
        <w:spacing w:line="20" w:lineRule="exact" w:before="0" w:after="0"/>
        <w:ind w:left="0" w:right="0"/>
      </w:pPr>
    </w:p>
    <w:tbl>
      <w:tblPr>
        <w:tblW w:type="auto" w:w="0"/>
        <w:tblInd w:w="90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2236"/>
        </w:trPr>
        <w:tc>
          <w:tcPr>
            <w:tcW w:type="dxa" w:w="142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72" w:after="0"/>
              <w:ind w:left="0" w:right="296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8. </w:t>
            </w:r>
          </w:p>
          <w:p>
            <w:pPr>
              <w:widowControl/>
              <w:autoSpaceDE w:val="0"/>
              <w:autoSpaceDN w:val="0"/>
              <w:spacing w:line="235" w:lineRule="auto" w:before="446" w:after="0"/>
              <w:ind w:left="0" w:right="296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9. </w:t>
            </w:r>
          </w:p>
          <w:p>
            <w:pPr>
              <w:widowControl/>
              <w:autoSpaceDE w:val="0"/>
              <w:autoSpaceDN w:val="0"/>
              <w:spacing w:line="233" w:lineRule="auto" w:before="448" w:after="0"/>
              <w:ind w:left="0" w:right="186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10. </w:t>
            </w:r>
          </w:p>
        </w:tc>
        <w:tc>
          <w:tcPr>
            <w:tcW w:type="dxa" w:w="902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5" w:lineRule="auto" w:before="2" w:after="0"/>
              <w:ind w:left="200" w:right="1152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meeting its contractual obligation the Hospitals, such as any disciplinary proceedings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initiated against the nurse, malpractice coverage documents, employment history, etc. </w:t>
            </w:r>
          </w:p>
          <w:p>
            <w:pPr>
              <w:widowControl/>
              <w:autoSpaceDE w:val="0"/>
              <w:autoSpaceDN w:val="0"/>
              <w:spacing w:line="245" w:lineRule="auto" w:before="224" w:after="0"/>
              <w:ind w:left="200" w:right="86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understands that he/she is not to provide services in a private home under any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contract for which she sent by the __________. </w:t>
            </w:r>
          </w:p>
          <w:p>
            <w:pPr>
              <w:widowControl/>
              <w:autoSpaceDE w:val="0"/>
              <w:autoSpaceDN w:val="0"/>
              <w:spacing w:line="245" w:lineRule="auto" w:before="224" w:after="0"/>
              <w:ind w:left="200" w:right="144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agrees to supply the time card, signed by the authorized Nursing Home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Representative three days before end of the month to __________. </w:t>
            </w:r>
          </w:p>
          <w:p>
            <w:pPr>
              <w:widowControl/>
              <w:autoSpaceDE w:val="0"/>
              <w:autoSpaceDN w:val="0"/>
              <w:spacing w:line="233" w:lineRule="auto" w:before="226" w:after="0"/>
              <w:ind w:left="2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agrees that the __________ is not responsible for any employment or lack of </w:t>
            </w:r>
          </w:p>
        </w:tc>
      </w:tr>
    </w:tbl>
    <w:p>
      <w:pPr>
        <w:widowControl/>
        <w:autoSpaceDE w:val="0"/>
        <w:autoSpaceDN w:val="0"/>
        <w:spacing w:line="20" w:lineRule="exact" w:before="0" w:after="0"/>
        <w:ind w:left="0" w:right="0"/>
      </w:pPr>
    </w:p>
    <w:tbl>
      <w:tblPr>
        <w:tblW w:type="auto" w:w="0"/>
        <w:tblInd w:w="90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892"/>
        </w:trPr>
        <w:tc>
          <w:tcPr>
            <w:tcW w:type="dxa" w:w="14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448" w:after="0"/>
              <w:ind w:left="0" w:right="186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11. </w:t>
            </w:r>
          </w:p>
        </w:tc>
        <w:tc>
          <w:tcPr>
            <w:tcW w:type="dxa" w:w="900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0" w:after="0"/>
              <w:ind w:left="2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employment. </w:t>
            </w:r>
          </w:p>
          <w:p>
            <w:pPr>
              <w:widowControl/>
              <w:autoSpaceDE w:val="0"/>
              <w:autoSpaceDN w:val="0"/>
              <w:spacing w:line="245" w:lineRule="auto" w:before="226" w:after="0"/>
              <w:ind w:left="200" w:right="86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If a Hospital (client) cancels within two hours of a scheduled shift and the nurse is unable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to be placed anywhere else, the nurse will be paid for a minimum of two hours.  If a </w:t>
            </w:r>
          </w:p>
        </w:tc>
      </w:tr>
    </w:tbl>
    <w:p>
      <w:pPr>
        <w:widowControl/>
        <w:autoSpaceDE w:val="0"/>
        <w:autoSpaceDN w:val="0"/>
        <w:spacing w:line="245" w:lineRule="auto" w:before="2" w:after="0"/>
        <w:ind w:left="2520" w:right="172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Hospital (client) cancels more than two hours before the beginning of a shift, the nurse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will not receive any compensation even if he/she is not informed of the cancellation. 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nurse must verify one and one half hours (1.5) before the start of the shift. </w:t>
      </w:r>
    </w:p>
    <w:p>
      <w:pPr>
        <w:widowControl/>
        <w:tabs>
          <w:tab w:pos="2520" w:val="left"/>
        </w:tabs>
        <w:autoSpaceDE w:val="0"/>
        <w:autoSpaceDN w:val="0"/>
        <w:spacing w:line="245" w:lineRule="auto" w:before="224" w:after="0"/>
        <w:ind w:left="1800" w:right="172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12.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If a nurse fails to show up for work, or cancels within four hours, the nurse agrees to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reimburse the __________ for an amount of equal to two hours of the pay by deductions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from payroll. </w:t>
      </w:r>
    </w:p>
    <w:p>
      <w:pPr>
        <w:widowControl/>
        <w:tabs>
          <w:tab w:pos="2520" w:val="left"/>
        </w:tabs>
        <w:autoSpaceDE w:val="0"/>
        <w:autoSpaceDN w:val="0"/>
        <w:spacing w:line="245" w:lineRule="auto" w:before="224" w:after="2"/>
        <w:ind w:left="1800" w:right="201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13.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The nurse has an absolute right to accept or reject any contract for any reason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whatsoever, but once a contract is accepted, the nurse agrees that he/she or another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nurse will show up at the appointed time. </w:t>
      </w:r>
    </w:p>
    <w:tbl>
      <w:tblPr>
        <w:tblW w:type="auto" w:w="0"/>
        <w:tblInd w:w="900.0" w:type="dxa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hRule="exact" w:val="952"/>
        </w:trPr>
        <w:tc>
          <w:tcPr>
            <w:tcW w:type="dxa" w:w="14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70" w:after="0"/>
              <w:ind w:left="0" w:right="186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14. </w:t>
            </w:r>
          </w:p>
        </w:tc>
        <w:tc>
          <w:tcPr>
            <w:tcW w:type="dxa" w:w="89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5" w:lineRule="auto" w:before="0" w:after="0"/>
              <w:ind w:left="200" w:right="864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The nurse is free to subcontract with any nurse which is registered with the __________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in advance, and who is acceptable to the Hospital. </w:t>
            </w:r>
          </w:p>
          <w:p>
            <w:pPr>
              <w:widowControl/>
              <w:autoSpaceDE w:val="0"/>
              <w:autoSpaceDN w:val="0"/>
              <w:spacing w:line="233" w:lineRule="auto" w:before="226" w:after="0"/>
              <w:ind w:left="2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This agreement is to be construed under laws of the State of __________. </w:t>
            </w:r>
          </w:p>
        </w:tc>
      </w:tr>
    </w:tbl>
    <w:p>
      <w:pPr>
        <w:widowControl/>
        <w:autoSpaceDE w:val="0"/>
        <w:autoSpaceDN w:val="0"/>
        <w:spacing w:line="245" w:lineRule="auto" w:before="390" w:after="0"/>
        <w:ind w:left="1800" w:right="2016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 agree to this contract and understand its terms.  I have a __________ license as is indicated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above and carry the correct amount of malpractice insurance. </w:t>
      </w:r>
    </w:p>
    <w:p>
      <w:pPr>
        <w:widowControl/>
        <w:autoSpaceDE w:val="0"/>
        <w:autoSpaceDN w:val="0"/>
        <w:spacing w:line="233" w:lineRule="auto" w:before="224" w:after="0"/>
        <w:ind w:left="18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Name_______________________________________________ </w:t>
      </w:r>
    </w:p>
    <w:p>
      <w:pPr>
        <w:widowControl/>
        <w:autoSpaceDE w:val="0"/>
        <w:autoSpaceDN w:val="0"/>
        <w:spacing w:line="233" w:lineRule="auto" w:before="226" w:after="0"/>
        <w:ind w:left="18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Address______________________________________________ </w:t>
      </w:r>
    </w:p>
    <w:p>
      <w:pPr>
        <w:widowControl/>
        <w:autoSpaceDE w:val="0"/>
        <w:autoSpaceDN w:val="0"/>
        <w:spacing w:line="233" w:lineRule="auto" w:before="224" w:after="0"/>
        <w:ind w:left="18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Social Security No.____________________________________ </w:t>
      </w:r>
    </w:p>
    <w:p>
      <w:pPr>
        <w:widowControl/>
        <w:tabs>
          <w:tab w:pos="8282" w:val="left"/>
        </w:tabs>
        <w:autoSpaceDE w:val="0"/>
        <w:autoSpaceDN w:val="0"/>
        <w:spacing w:line="233" w:lineRule="auto" w:before="450" w:after="164"/>
        <w:ind w:left="18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Nurse Signature_________________________________________ </w:t>
      </w:r>
      <w:r>
        <w:tab/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Date____________ </w:t>
      </w:r>
    </w:p>
    <w:tbl>
      <w:tblPr>
        <w:tblW w:type="auto" w:w="0"/>
        <w:tblInd w:w="900.0" w:type="dxa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hRule="exact" w:val="342"/>
        </w:trPr>
        <w:tc>
          <w:tcPr>
            <w:tcW w:type="dxa" w:w="1032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0" w:after="0"/>
              <w:ind w:left="90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 xml:space="preserve">Authorized Representative of __________  ______________________ Date_____________ </w:t>
            </w:r>
          </w:p>
        </w:tc>
      </w:tr>
    </w:tbl>
    <w:p>
      <w:pPr>
        <w:widowControl/>
        <w:autoSpaceDE w:val="0"/>
        <w:autoSpaceDN w:val="0"/>
        <w:spacing w:line="1870" w:lineRule="exact" w:before="0" w:after="0"/>
        <w:ind w:left="0" w:right="0"/>
      </w:pPr>
    </w:p>
    <w:tbl>
      <w:tblPr>
        <w:tblW w:type="auto" w:w="0"/>
        <w:tblInd w:w="3000.0" w:type="dxa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hRule="exact" w:val="320"/>
        </w:trPr>
        <w:tc>
          <w:tcPr>
            <w:tcW w:type="dxa" w:w="620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 xml:space="preserve">2 </w:t>
            </w:r>
          </w:p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11"/>
          <w:footerReference w:type="default" r:id="rId12"/>
          <w:pgSz w:w="12240" w:h="15840"/>
          <w:pgMar w:top="1720" w:right="0" w:bottom="1440" w:left="0" w:header="620" w:footer="560" w:gutter="0"/>
          <w:cols/>
          <w:docGrid w:linePitch="360"/>
        </w:sectPr>
      </w:pP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hRule="exact" w:val="15820"/>
        </w:trPr>
        <w:tc>
          <w:tcPr>
            <w:tcW w:type="dxa" w:w="12240"/>
            <w:tcBorders/>
            <w:shd w:fill="00b8ff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14602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 xml:space="preserve">3 </w:t>
            </w:r>
          </w:p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sectPr w:rsidR="00FC693F" w:rsidRPr="0006063C" w:rsidSect="00034616">
      <w:headerReference w:type="default" r:id="rId13"/>
      <w:footerReference w:type="default" r:id="rId14"/>
      <w:pgSz w:w="12240" w:h="15840"/>
      <w:pgMar w:top="1720" w:right="0" w:bottom="1440" w:left="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1.png"/><Relationship Id="rId16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