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638"/>
        <w:ind w:left="0" w:right="0"/>
      </w:pPr>
    </w:p>
    <w:p>
      <w:pPr>
        <w:widowControl/>
        <w:autoSpaceDE w:val="0"/>
        <w:autoSpaceDN w:val="0"/>
        <w:spacing w:line="224" w:lineRule="exact" w:before="0" w:after="0"/>
        <w:ind w:left="36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O.S.H.A.  regulation states that all health care professionals with occupational exposure to blood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borne pathogens must be offered the hepatitis B vaccinations.  You have been determined to be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at risk to blood borne pathogens. </w:t>
      </w:r>
    </w:p>
    <w:p>
      <w:pPr>
        <w:widowControl/>
        <w:autoSpaceDE w:val="0"/>
        <w:autoSpaceDN w:val="0"/>
        <w:spacing w:line="224" w:lineRule="exact" w:before="280" w:after="0"/>
        <w:ind w:left="3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A.   I have already received the hepatitis B vaccine. </w:t>
      </w:r>
    </w:p>
    <w:p>
      <w:pPr>
        <w:widowControl/>
        <w:autoSpaceDE w:val="0"/>
        <w:autoSpaceDN w:val="0"/>
        <w:spacing w:line="222" w:lineRule="exact" w:before="278" w:after="0"/>
        <w:ind w:left="3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B.  I decline the hepatitis B vaccine </w:t>
      </w:r>
    </w:p>
    <w:p>
      <w:pPr>
        <w:widowControl/>
        <w:autoSpaceDE w:val="0"/>
        <w:autoSpaceDN w:val="0"/>
        <w:spacing w:line="220" w:lineRule="exact" w:before="288" w:after="0"/>
        <w:ind w:left="360" w:right="432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C.  If interested with the hepatitis B vaccine, I may contact the ___________ or _____________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County Health Department. </w:t>
      </w:r>
    </w:p>
    <w:p>
      <w:pPr>
        <w:widowControl/>
        <w:autoSpaceDE w:val="0"/>
        <w:autoSpaceDN w:val="0"/>
        <w:spacing w:line="224" w:lineRule="exact" w:before="282" w:after="0"/>
        <w:ind w:left="360" w:right="432" w:firstLine="386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 I understand that due to my occupational exposure to blood or other potentially infectious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materials I may be at risk of acquiring hepatitis B virus (HBV) infection.  I have been given the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opportunity to be vaccinated with hepatitis B vaccine.  However, I decline hepatitis B vaccination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at this time.   I understand that by declining this vaccine, I continue to be at risk of acquiring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hepatis B, a serious disease.   If in the future I continue to have occupation exposure to blood or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other potentially infectious materials and I want to be vaccinated with hepatitis B vaccine, I can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receive the vaccination series. </w:t>
      </w:r>
    </w:p>
    <w:p>
      <w:pPr>
        <w:widowControl/>
        <w:autoSpaceDE w:val="0"/>
        <w:autoSpaceDN w:val="0"/>
        <w:spacing w:line="222" w:lineRule="exact" w:before="1288" w:after="0"/>
        <w:ind w:left="3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Print Name _________________________ </w:t>
      </w:r>
    </w:p>
    <w:p>
      <w:pPr>
        <w:widowControl/>
        <w:autoSpaceDE w:val="0"/>
        <w:autoSpaceDN w:val="0"/>
        <w:spacing w:line="222" w:lineRule="exact" w:before="282" w:after="0"/>
        <w:ind w:left="3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Address  ___________________________ </w:t>
      </w:r>
    </w:p>
    <w:p>
      <w:pPr>
        <w:widowControl/>
        <w:autoSpaceDE w:val="0"/>
        <w:autoSpaceDN w:val="0"/>
        <w:spacing w:line="222" w:lineRule="exact" w:before="280" w:after="0"/>
        <w:ind w:left="108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____________________________ </w:t>
      </w:r>
    </w:p>
    <w:p>
      <w:pPr>
        <w:widowControl/>
        <w:autoSpaceDE w:val="0"/>
        <w:autoSpaceDN w:val="0"/>
        <w:spacing w:line="222" w:lineRule="exact" w:before="282" w:after="0"/>
        <w:ind w:left="108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____________________________ </w:t>
      </w:r>
    </w:p>
    <w:p>
      <w:pPr>
        <w:widowControl/>
        <w:autoSpaceDE w:val="0"/>
        <w:autoSpaceDN w:val="0"/>
        <w:spacing w:line="268" w:lineRule="exact" w:before="5144" w:after="0"/>
        <w:ind w:left="0" w:right="292" w:firstLine="0"/>
        <w:jc w:val="righ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OSHA Hepatits Vaccine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