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632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168" w:right="3168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Provider of H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ea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lt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h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care Personnel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www.companywebsite.com </w:t>
      </w:r>
    </w:p>
    <w:p>
      <w:pPr>
        <w:widowControl/>
        <w:autoSpaceDE w:val="0"/>
        <w:autoSpaceDN w:val="0"/>
        <w:spacing w:line="238" w:lineRule="auto" w:before="640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8"/>
        </w:rPr>
        <w:t xml:space="preserve">PAST DUE REMINDER </w:t>
      </w:r>
    </w:p>
    <w:p>
      <w:pPr>
        <w:widowControl/>
        <w:autoSpaceDE w:val="0"/>
        <w:autoSpaceDN w:val="0"/>
        <w:spacing w:line="240" w:lineRule="auto" w:before="54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Date: </w:t>
      </w:r>
    </w:p>
    <w:p>
      <w:pPr>
        <w:widowControl/>
        <w:autoSpaceDE w:val="0"/>
        <w:autoSpaceDN w:val="0"/>
        <w:spacing w:line="238" w:lineRule="auto" w:before="26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To: </w:t>
      </w:r>
    </w:p>
    <w:p>
      <w:pPr>
        <w:widowControl/>
        <w:autoSpaceDE w:val="0"/>
        <w:autoSpaceDN w:val="0"/>
        <w:spacing w:line="240" w:lineRule="auto" w:before="27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Dear </w:t>
      </w:r>
    </w:p>
    <w:p>
      <w:pPr>
        <w:widowControl/>
        <w:autoSpaceDE w:val="0"/>
        <w:autoSpaceDN w:val="0"/>
        <w:spacing w:line="245" w:lineRule="auto" w:before="266" w:after="0"/>
        <w:ind w:left="360" w:right="28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Please take note that your account is 10 days past due in the amount of _____________Dollars ($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0.00). We sent you a statement a short time ago. </w:t>
      </w:r>
    </w:p>
    <w:p>
      <w:pPr>
        <w:widowControl/>
        <w:autoSpaceDE w:val="0"/>
        <w:autoSpaceDN w:val="0"/>
        <w:spacing w:line="238" w:lineRule="auto" w:before="542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Please remit payment to us as soon as possible. </w:t>
      </w:r>
    </w:p>
    <w:p>
      <w:pPr>
        <w:widowControl/>
        <w:autoSpaceDE w:val="0"/>
        <w:autoSpaceDN w:val="0"/>
        <w:spacing w:line="240" w:lineRule="auto" w:before="1084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Thank you, </w:t>
      </w:r>
    </w:p>
    <w:p>
      <w:pPr>
        <w:widowControl/>
        <w:autoSpaceDE w:val="0"/>
        <w:autoSpaceDN w:val="0"/>
        <w:spacing w:line="238" w:lineRule="auto" w:before="1084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___________________________________ </w:t>
      </w:r>
    </w:p>
    <w:p>
      <w:pPr>
        <w:widowControl/>
        <w:autoSpaceDE w:val="0"/>
        <w:autoSpaceDN w:val="0"/>
        <w:spacing w:line="266" w:lineRule="exact" w:before="4078" w:after="0"/>
        <w:ind w:left="0" w:right="298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PAST DUE REMINDER </w:t>
      </w:r>
    </w:p>
    <w:p>
      <w:pPr>
        <w:sectPr>
          <w:headerReference w:type="default" r:id="rId9"/>
          <w:headerReference w:type="first" r:id="rId14"/>
          <w:footerReference w:type="default" r:id="rId10"/>
          <w:pgSz w:w="12240" w:h="15840"/>
          <w:pgMar w:top="1720" w:right="1440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2468"/>
        <w:ind w:left="0" w:right="0"/>
      </w:pPr>
    </w:p>
    <w:p>
      <w:pPr>
        <w:widowControl/>
        <w:autoSpaceDE w:val="0"/>
        <w:autoSpaceDN w:val="0"/>
        <w:spacing w:line="266" w:lineRule="exact" w:before="0" w:after="0"/>
        <w:ind w:left="0" w:right="298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PAST DUE REMINDER </w:t>
      </w:r>
    </w:p>
    <w:sectPr w:rsidR="00FC693F" w:rsidRPr="0006063C" w:rsidSect="00034616">
      <w:headerReference w:type="default" r:id="rId11"/>
      <w:footerReference w:type="default" r:id="rId12"/>
      <w:pgSz w:w="12240" w:h="15840"/>
      <w:pgMar w:top="1720" w:right="1440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