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Pro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vide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r of Hea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lthc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are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Pe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0" w:lineRule="auto" w:before="64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PAYROLL DEDUCTION AUTHORIZATION </w:t>
      </w:r>
    </w:p>
    <w:p>
      <w:pPr>
        <w:widowControl/>
        <w:autoSpaceDE w:val="0"/>
        <w:autoSpaceDN w:val="0"/>
        <w:spacing w:line="238" w:lineRule="auto" w:before="314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The undersigned hereby authorizes _________________________________ to deduct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$___________ from my gross earnings each payroll period beginning_______________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itemized as follows: </w:t>
      </w:r>
    </w:p>
    <w:p>
      <w:pPr>
        <w:widowControl/>
        <w:tabs>
          <w:tab w:pos="3198" w:val="left"/>
          <w:tab w:pos="3906" w:val="left"/>
        </w:tabs>
        <w:autoSpaceDE w:val="0"/>
        <w:autoSpaceDN w:val="0"/>
        <w:spacing w:line="245" w:lineRule="auto" w:before="270" w:after="0"/>
        <w:ind w:left="360" w:right="4176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In payment for: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Amount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Credit Union </w:t>
      </w:r>
      <w:r>
        <w:tab/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Employee Savings Plan </w:t>
      </w:r>
      <w:r>
        <w:tab/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401 K Plan </w:t>
      </w:r>
      <w:r>
        <w:tab/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Union Dues </w:t>
      </w:r>
      <w:r>
        <w:tab/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</w:p>
    <w:p>
      <w:pPr>
        <w:widowControl/>
        <w:tabs>
          <w:tab w:pos="3906" w:val="left"/>
        </w:tabs>
        <w:autoSpaceDE w:val="0"/>
        <w:autoSpaceDN w:val="0"/>
        <w:spacing w:line="238" w:lineRule="auto" w:before="270" w:after="0"/>
        <w:ind w:left="252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Total $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Signature_________________________________________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Date________________________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Print Name__________________________________________________________________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Social Security No.______________________________________________________________ </w:t>
      </w:r>
    </w:p>
    <w:p>
      <w:pPr>
        <w:widowControl/>
        <w:autoSpaceDE w:val="0"/>
        <w:autoSpaceDN w:val="0"/>
        <w:spacing w:line="240" w:lineRule="auto" w:before="266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Please keep a copy of this for your records.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