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493"/>
        <w:gridCol w:w="6487"/>
      </w:tblGrid>
      <w:tr>
        <w:tc>
          <w:tcPr>
            <w:tcW w:type="dxa" w:w="3493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87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06"/>
        <w:ind w:left="0" w:right="0"/>
      </w:pPr>
    </w:p>
    <w:p>
      <w:pPr>
        <w:widowControl/>
        <w:autoSpaceDE w:val="0"/>
        <w:autoSpaceDN w:val="0"/>
        <w:spacing w:line="230" w:lineRule="auto" w:before="0" w:after="0"/>
        <w:ind w:left="0" w:right="2530" w:firstLine="0"/>
        <w:jc w:val="right"/>
      </w:pPr>
      <w:r>
        <w:rPr>
          <w:rFonts w:ascii="TimesNewRoman,BoldItalic" w:hAnsi="TimesNewRoman,BoldItalic" w:eastAsia="TimesNewRoman,BoldItalic"/>
          <w:b/>
          <w:i/>
          <w:color w:val="000000"/>
          <w:sz w:val="36"/>
        </w:rPr>
        <w:t xml:space="preserve">Position Comparison Guide </w:t>
      </w:r>
    </w:p>
    <w:p>
      <w:pPr>
        <w:widowControl/>
        <w:autoSpaceDE w:val="0"/>
        <w:autoSpaceDN w:val="0"/>
        <w:spacing w:line="230" w:lineRule="auto" w:before="578" w:after="0"/>
        <w:ind w:left="98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Current employer _______________________________ Prospective employer  _______________________________ </w:t>
      </w:r>
    </w:p>
    <w:p>
      <w:pPr>
        <w:widowControl/>
        <w:autoSpaceDE w:val="0"/>
        <w:autoSpaceDN w:val="0"/>
        <w:spacing w:line="233" w:lineRule="auto" w:before="322" w:after="0"/>
        <w:ind w:left="98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Old position _____________________________________   New position  __________________________________ </w:t>
      </w:r>
    </w:p>
    <w:p>
      <w:pPr>
        <w:widowControl/>
        <w:autoSpaceDE w:val="0"/>
        <w:autoSpaceDN w:val="0"/>
        <w:spacing w:line="230" w:lineRule="auto" w:before="320" w:after="0"/>
        <w:ind w:left="98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Today’s date  ______________________________ Prospective start date  __________________________________ </w:t>
      </w:r>
    </w:p>
    <w:p>
      <w:pPr>
        <w:widowControl/>
        <w:autoSpaceDE w:val="0"/>
        <w:autoSpaceDN w:val="0"/>
        <w:spacing w:line="230" w:lineRule="auto" w:before="322" w:after="0"/>
        <w:ind w:left="98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• Directions: Compare the position you have now with the one you are considering, according to the following </w:t>
      </w:r>
    </w:p>
    <w:p>
      <w:pPr>
        <w:widowControl/>
        <w:autoSpaceDE w:val="0"/>
        <w:autoSpaceDN w:val="0"/>
        <w:spacing w:line="230" w:lineRule="auto" w:before="62" w:after="0"/>
        <w:ind w:left="98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elements: </w:t>
      </w:r>
    </w:p>
    <w:p>
      <w:pPr>
        <w:widowControl/>
        <w:tabs>
          <w:tab w:pos="4582" w:val="left"/>
        </w:tabs>
        <w:autoSpaceDE w:val="0"/>
        <w:autoSpaceDN w:val="0"/>
        <w:spacing w:line="233" w:lineRule="auto" w:before="528" w:after="0"/>
        <w:ind w:left="1026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 Current job   New job 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Element under consideration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Position title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Supervisory responsibility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Project authority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Decision-making autonomy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Freedom to implement ideas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Freedom to affect change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Promotion potential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Challenge of tasks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Ability to meet expectations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Access to skill training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Professional growth potential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Company/industry growth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Company/industry stability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Starting salary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Future compensation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Company benefits, perks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Commuting distance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Travel requirements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Working environment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Rapport with co-workers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Rapport with management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Comfort with corporate culture </w:t>
      </w:r>
    </w:p>
    <w:p>
      <w:pPr>
        <w:widowControl/>
        <w:tabs>
          <w:tab w:pos="2420" w:val="left"/>
          <w:tab w:pos="4840" w:val="left"/>
        </w:tabs>
        <w:autoSpaceDE w:val="0"/>
        <w:autoSpaceDN w:val="0"/>
        <w:spacing w:line="233" w:lineRule="auto" w:before="160" w:after="0"/>
        <w:ind w:left="144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[  ] </w:t>
      </w:r>
      <w:r>
        <w:tab/>
      </w: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Other considerations (specify) </w:t>
      </w:r>
    </w:p>
    <w:p>
      <w:pPr>
        <w:widowControl/>
        <w:autoSpaceDE w:val="0"/>
        <w:autoSpaceDN w:val="0"/>
        <w:spacing w:line="230" w:lineRule="auto" w:before="268" w:after="0"/>
        <w:ind w:left="0" w:right="0" w:firstLine="0"/>
        <w:jc w:val="left"/>
      </w:pPr>
      <w:r>
        <w:rPr>
          <w:rFonts w:ascii="TimesNewRoman,Italic" w:hAnsi="TimesNewRoman,Italic" w:eastAsia="TimesNewRoman,Italic"/>
          <w:b w:val="0"/>
          <w:i/>
          <w:color w:val="000000"/>
          <w:sz w:val="18"/>
        </w:rPr>
        <w:t xml:space="preserve">• Score:      ____________  Current job     ____________  New job      New job differential (+/-)  ___________ </w:t>
      </w:r>
    </w:p>
    <w:sectPr w:rsidR="00FC693F" w:rsidRPr="0006063C" w:rsidSect="00034616">
      <w:headerReference w:type="default" r:id="rId9"/>
      <w:headerReference w:type="first" r:id="rId12"/>
      <w:footerReference w:type="default" r:id="rId10"/>
      <w:pgSz w:w="12240" w:h="15840"/>
      <w:pgMar w:top="1720" w:right="1440" w:bottom="1440" w:left="820" w:header="620" w:footer="560" w:gutter="0"/>
      <w:cols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992"/>
      <w:gridCol w:w="1996"/>
      <w:gridCol w:w="3992"/>
    </w:tblGrid>
    <w:tr>
      <w:tc>
        <w:tcPr>
          <w:tcW w:type="dxa" w:w="3992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9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992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493"/>
      <w:gridCol w:w="6487"/>
    </w:tblGrid>
    <w:tr>
      <w:tc>
        <w:tcPr>
          <w:tcW w:type="dxa" w:w="3493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48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