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06"/>
        <w:ind w:left="0" w:right="0"/>
      </w:pPr>
    </w:p>
    <w:p>
      <w:pPr>
        <w:widowControl/>
        <w:autoSpaceDE w:val="0"/>
        <w:autoSpaceDN w:val="0"/>
        <w:spacing w:line="230" w:lineRule="auto" w:before="0" w:after="0"/>
        <w:ind w:left="0" w:right="2368" w:firstLine="0"/>
        <w:jc w:val="right"/>
      </w:pPr>
      <w:r>
        <w:rPr>
          <w:rFonts w:ascii="TimesNewRoman,BoldItalic" w:hAnsi="TimesNewRoman,BoldItalic" w:eastAsia="TimesNewRoman,BoldItalic"/>
          <w:b/>
          <w:i/>
          <w:color w:val="000000"/>
          <w:sz w:val="36"/>
        </w:rPr>
        <w:t xml:space="preserve">Position Compensation Guide </w:t>
      </w:r>
    </w:p>
    <w:p>
      <w:pPr>
        <w:widowControl/>
        <w:autoSpaceDE w:val="0"/>
        <w:autoSpaceDN w:val="0"/>
        <w:spacing w:line="230" w:lineRule="auto" w:before="578" w:after="0"/>
        <w:ind w:left="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Current employer ______________________________  Prospective employer  _______________________________ </w:t>
      </w:r>
    </w:p>
    <w:p>
      <w:pPr>
        <w:widowControl/>
        <w:autoSpaceDE w:val="0"/>
        <w:autoSpaceDN w:val="0"/>
        <w:spacing w:line="233" w:lineRule="auto" w:before="322" w:after="0"/>
        <w:ind w:left="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Old position ___________________________________ New position _____________________________________ </w:t>
      </w:r>
    </w:p>
    <w:p>
      <w:pPr>
        <w:widowControl/>
        <w:autoSpaceDE w:val="0"/>
        <w:autoSpaceDN w:val="0"/>
        <w:spacing w:line="230" w:lineRule="auto" w:before="320" w:after="0"/>
        <w:ind w:left="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Today’s date  ________________________________  Prospective start date  _________________________________ </w:t>
      </w:r>
    </w:p>
    <w:p>
      <w:pPr>
        <w:widowControl/>
        <w:autoSpaceDE w:val="0"/>
        <w:autoSpaceDN w:val="0"/>
        <w:spacing w:line="230" w:lineRule="auto" w:before="322" w:after="262"/>
        <w:ind w:left="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• Directions: Compare the position you have now with the one you are considering, according to the following elements: </w:t>
      </w:r>
    </w:p>
    <w:tbl>
      <w:tblPr>
        <w:tblW w:type="auto" w:w="0"/>
        <w:tblInd w:w="540.0" w:type="dxa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rHeight w:hRule="exact" w:val="53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60" w:after="0"/>
              <w:ind w:left="54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Current job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6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New job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6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Element under consideration </w:t>
            </w:r>
          </w:p>
        </w:tc>
      </w:tr>
      <w:tr>
        <w:trPr>
          <w:trHeight w:hRule="exact" w:val="60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27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27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27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Base salary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2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Bonus, perks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2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Profit sharing potential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Value of stock or equity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Pension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401(k) contribution, tax savings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Reimbursed expenses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2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Cost of living differential (+/-)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Non-reimbursed moving expenses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2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Job-related travel expenses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Insurance premiums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2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Property taxes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0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State taxes </w:t>
            </w:r>
          </w:p>
        </w:tc>
      </w:tr>
      <w:tr>
        <w:trPr>
          <w:trHeight w:hRule="exact" w:val="48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2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Sales taxes </w:t>
            </w:r>
          </w:p>
        </w:tc>
      </w:tr>
      <w:tr>
        <w:trPr>
          <w:trHeight w:hRule="exact" w:val="330"/>
        </w:trPr>
        <w:tc>
          <w:tcPr>
            <w:tcW w:type="dxa" w:w="25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0" w:right="0" w:firstLine="0"/>
              <w:jc w:val="center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$________________ </w:t>
            </w:r>
          </w:p>
        </w:tc>
        <w:tc>
          <w:tcPr>
            <w:tcW w:type="dxa" w:w="33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3" w:lineRule="auto" w:before="150" w:after="0"/>
              <w:ind w:left="482" w:right="0" w:firstLine="0"/>
              <w:jc w:val="left"/>
            </w:pPr>
            <w:r>
              <w:rPr>
                <w:rFonts w:ascii="TimesNewRoman,Italic" w:hAnsi="TimesNewRoman,Italic" w:eastAsia="TimesNewRoman,Italic"/>
                <w:b w:val="0"/>
                <w:i/>
                <w:color w:val="000000"/>
                <w:sz w:val="18"/>
              </w:rPr>
              <w:t xml:space="preserve">Other expenses (specify) </w:t>
            </w:r>
          </w:p>
        </w:tc>
      </w:tr>
    </w:tbl>
    <w:p>
      <w:pPr>
        <w:widowControl/>
        <w:autoSpaceDE w:val="0"/>
        <w:autoSpaceDN w:val="0"/>
        <w:spacing w:line="14" w:lineRule="exact" w:before="0" w:after="840"/>
        <w:ind w:left="0" w:right="0"/>
      </w:pPr>
    </w:p>
    <w:p>
      <w:pPr>
        <w:sectPr>
          <w:headerReference w:type="default" r:id="rId9"/>
          <w:headerReference w:type="first" r:id="rId16"/>
          <w:footerReference w:type="default" r:id="rId10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33" w:lineRule="auto" w:before="0" w:after="0"/>
        <w:ind w:left="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 Current job  $________________  New job  $________________ </w:t>
      </w:r>
    </w:p>
    <w:p>
      <w:pPr>
        <w:sectPr>
          <w:headerReference w:type="default" r:id="rId11"/>
          <w:footerReference w:type="default" r:id="rId12"/>
          <w:type w:val="continuous"/>
          <w:pgSz w:w="12240" w:h="15840"/>
          <w:pgMar w:top="1720" w:right="1440" w:bottom="1440" w:left="1440" w:header="620" w:footer="560" w:gutter="0"/>
          <w:cols w:num="2" w:equalWidth="0">
            <w:col w:w="5494" w:space="0"/>
            <w:col w:w="3866" w:space="0"/>
          </w:cols>
          <w:docGrid w:linePitch="360"/>
        </w:sectPr>
      </w:pPr>
    </w:p>
    <w:p>
      <w:pPr>
        <w:widowControl/>
        <w:autoSpaceDE w:val="0"/>
        <w:autoSpaceDN w:val="0"/>
        <w:spacing w:line="233" w:lineRule="auto" w:before="0" w:after="0"/>
        <w:ind w:left="63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>New job differential (+/-)   $___________</w:t>
      </w:r>
    </w:p>
    <w:sectPr w:rsidR="00FC693F" w:rsidRPr="0006063C" w:rsidSect="00034616">
      <w:headerReference w:type="default" r:id="rId13"/>
      <w:footerReference w:type="default" r:id="rId14"/>
      <w:type w:val="nextColumn"/>
      <w:pgSz w:w="12240" w:h="15840"/>
      <w:pgMar w:top="1720" w:right="1440" w:bottom="1440" w:left="1440" w:header="620" w:footer="560" w:gutter="0"/>
      <w:cols w:num="2" w:equalWidth="0">
        <w:col w:w="5494" w:space="0"/>
        <w:col w:w="3866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1.png"/><Relationship Id="rId16" Type="http://schemas.openxmlformats.org/officeDocument/2006/relationships/header" Target="head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