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172"/>
        <w:ind w:left="0" w:right="0"/>
      </w:pPr>
    </w:p>
    <w:p>
      <w:pPr>
        <w:widowControl/>
        <w:autoSpaceDE w:val="0"/>
        <w:autoSpaceDN w:val="0"/>
        <w:spacing w:line="197" w:lineRule="auto" w:before="0" w:after="0"/>
        <w:ind w:left="0" w:right="0" w:firstLine="0"/>
        <w:jc w:val="center"/>
      </w:pPr>
      <w:r>
        <w:rPr>
          <w:rFonts w:ascii="Calibri" w:hAnsi="Calibri" w:eastAsia="Calibri"/>
          <w:b/>
          <w:i w:val="0"/>
          <w:color w:val="000000"/>
          <w:sz w:val="32"/>
        </w:rPr>
        <w:t xml:space="preserve">ABC RECRUITING COMPANY </w:t>
      </w:r>
    </w:p>
    <w:p>
      <w:pPr>
        <w:widowControl/>
        <w:tabs>
          <w:tab w:pos="4042" w:val="left"/>
        </w:tabs>
        <w:autoSpaceDE w:val="0"/>
        <w:autoSpaceDN w:val="0"/>
        <w:spacing w:line="326" w:lineRule="auto" w:before="388" w:after="0"/>
        <w:ind w:left="894" w:right="3888" w:firstLine="0"/>
        <w:jc w:val="left"/>
      </w:pPr>
      <w:r>
        <w:tab/>
      </w:r>
      <w:r>
        <w:rPr>
          <w:rFonts w:ascii="Calibri" w:hAnsi="Calibri" w:eastAsia="Calibri"/>
          <w:b/>
          <w:i w:val="0"/>
          <w:color w:val="000000"/>
          <w:sz w:val="27"/>
        </w:rPr>
        <w:t xml:space="preserve">REFERENCE </w:t>
      </w:r>
      <w:r>
        <w:br/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Candidate's Name: </w:t>
      </w:r>
    </w:p>
    <w:p>
      <w:pPr>
        <w:widowControl/>
        <w:tabs>
          <w:tab w:pos="1594" w:val="left"/>
          <w:tab w:pos="2160" w:val="left"/>
          <w:tab w:pos="2510" w:val="left"/>
          <w:tab w:pos="2660" w:val="left"/>
          <w:tab w:pos="3112" w:val="left"/>
        </w:tabs>
        <w:autoSpaceDE w:val="0"/>
        <w:autoSpaceDN w:val="0"/>
        <w:spacing w:line="276" w:lineRule="auto" w:before="644" w:after="0"/>
        <w:ind w:left="680" w:right="3024" w:firstLine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Reference Contact Information </w:t>
      </w:r>
      <w:r>
        <w:tab/>
      </w:r>
      <w:r>
        <w:tab/>
      </w:r>
      <w:r>
        <w:tab/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Name: </w:t>
      </w:r>
      <w:r>
        <w:br/>
      </w:r>
      <w:r>
        <w:tab/>
      </w:r>
      <w:r>
        <w:tab/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Company: </w:t>
      </w:r>
      <w:r>
        <w:br/>
      </w:r>
      <w:r>
        <w:tab/>
      </w:r>
      <w:r>
        <w:tab/>
      </w:r>
      <w:r>
        <w:tab/>
      </w:r>
      <w:r>
        <w:tab/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Title: </w:t>
      </w:r>
      <w:r>
        <w:br/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Phone Number: </w:t>
      </w:r>
      <w:r>
        <w:br/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Complete Email Address: </w:t>
      </w:r>
    </w:p>
    <w:p>
      <w:pPr>
        <w:widowControl/>
        <w:autoSpaceDE w:val="0"/>
        <w:autoSpaceDN w:val="0"/>
        <w:spacing w:line="197" w:lineRule="auto" w:before="912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How did you come to know this Candidate? </w:t>
      </w:r>
    </w:p>
    <w:p>
      <w:pPr>
        <w:widowControl/>
        <w:autoSpaceDE w:val="0"/>
        <w:autoSpaceDN w:val="0"/>
        <w:spacing w:line="197" w:lineRule="auto" w:before="334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 Describe this person's strengths. </w:t>
      </w:r>
    </w:p>
    <w:p>
      <w:pPr>
        <w:widowControl/>
        <w:autoSpaceDE w:val="0"/>
        <w:autoSpaceDN w:val="0"/>
        <w:spacing w:line="197" w:lineRule="auto" w:before="334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 Describe any weaknesses this candidate may have. </w:t>
      </w:r>
    </w:p>
    <w:p>
      <w:pPr>
        <w:widowControl/>
        <w:autoSpaceDE w:val="0"/>
        <w:autoSpaceDN w:val="0"/>
        <w:spacing w:line="197" w:lineRule="auto" w:before="332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 What was this candidate's job description? </w:t>
      </w:r>
    </w:p>
    <w:p>
      <w:pPr>
        <w:widowControl/>
        <w:autoSpaceDE w:val="0"/>
        <w:autoSpaceDN w:val="0"/>
        <w:spacing w:line="197" w:lineRule="auto" w:before="332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 How would you describe this person's management style? </w:t>
      </w:r>
    </w:p>
    <w:p>
      <w:pPr>
        <w:widowControl/>
        <w:autoSpaceDE w:val="0"/>
        <w:autoSpaceDN w:val="0"/>
        <w:spacing w:line="197" w:lineRule="auto" w:before="334" w:after="0"/>
        <w:ind w:left="41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How would you describe this person's creativity? </w:t>
      </w:r>
    </w:p>
    <w:p>
      <w:pPr>
        <w:widowControl/>
        <w:autoSpaceDE w:val="0"/>
        <w:autoSpaceDN w:val="0"/>
        <w:spacing w:line="197" w:lineRule="auto" w:before="334" w:after="0"/>
        <w:ind w:left="41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How would you describe this person's communication skills? </w:t>
      </w:r>
    </w:p>
    <w:p>
      <w:pPr>
        <w:widowControl/>
        <w:autoSpaceDE w:val="0"/>
        <w:autoSpaceDN w:val="0"/>
        <w:spacing w:line="197" w:lineRule="auto" w:before="334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 Describe this person's sense of responsibility. </w:t>
      </w:r>
    </w:p>
    <w:p>
      <w:pPr>
        <w:widowControl/>
        <w:autoSpaceDE w:val="0"/>
        <w:autoSpaceDN w:val="0"/>
        <w:spacing w:line="197" w:lineRule="auto" w:before="330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 Describe their emotional consistency.  Have you seen them lose their cool? </w:t>
      </w:r>
    </w:p>
    <w:p>
      <w:pPr>
        <w:widowControl/>
        <w:autoSpaceDE w:val="0"/>
        <w:autoSpaceDN w:val="0"/>
        <w:spacing w:line="286" w:lineRule="auto" w:before="336" w:after="0"/>
        <w:ind w:left="360" w:right="864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 How would you describe this person's professional image? (Include dress &amp; </w:t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appearance as well as the image they project on behalf of the company.) </w:t>
      </w:r>
      <w:r>
        <w:br/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 Do you know why this candidate resigned, was terminated, or is looking at other </w:t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opportunities? </w:t>
      </w:r>
    </w:p>
    <w:p>
      <w:pPr>
        <w:widowControl/>
        <w:autoSpaceDE w:val="0"/>
        <w:autoSpaceDN w:val="0"/>
        <w:spacing w:line="331" w:lineRule="auto" w:before="334" w:after="0"/>
        <w:ind w:left="360" w:right="288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Would you hire or rehire this person if you had an opportunity their skill set matched? </w:t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 May we tell our client that they can contact you with additional questions? </w:t>
      </w:r>
    </w:p>
    <w:p>
      <w:pPr>
        <w:widowControl/>
        <w:autoSpaceDE w:val="0"/>
        <w:autoSpaceDN w:val="0"/>
        <w:spacing w:line="240" w:lineRule="auto" w:before="1166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85130" cy="2095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5130" cy="209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0"/>
          <w:headerReference w:type="first" r:id="rId15"/>
          <w:footerReference w:type="default" r:id="rId11"/>
          <w:pgSz w:w="12240" w:h="15840"/>
          <w:pgMar w:top="1720" w:right="1440" w:bottom="1440" w:left="144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170"/>
        <w:ind w:left="0" w:right="0"/>
      </w:pPr>
    </w:p>
    <w:p>
      <w:pPr>
        <w:widowControl/>
        <w:autoSpaceDE w:val="0"/>
        <w:autoSpaceDN w:val="0"/>
        <w:spacing w:line="334" w:lineRule="auto" w:before="0" w:after="0"/>
        <w:ind w:left="288" w:right="288" w:firstLine="0"/>
        <w:jc w:val="center"/>
      </w:pPr>
      <w:r>
        <w:rPr>
          <w:rFonts w:ascii="Calibri" w:hAnsi="Calibri" w:eastAsia="Calibri"/>
          <w:b/>
          <w:i w:val="0"/>
          <w:color w:val="000000"/>
          <w:sz w:val="32"/>
        </w:rPr>
        <w:t xml:space="preserve">ABC RECRUITING COMPANY </w:t>
      </w:r>
      <w:r>
        <w:br/>
      </w:r>
      <w:r>
        <w:rPr>
          <w:rFonts w:ascii="Calibri" w:hAnsi="Calibri" w:eastAsia="Calibri"/>
          <w:b/>
          <w:i w:val="0"/>
          <w:color w:val="000000"/>
          <w:sz w:val="24"/>
        </w:rPr>
        <w:t xml:space="preserve"> Please provide any additional comments that were not covered that will assist us with </w:t>
      </w:r>
    </w:p>
    <w:p>
      <w:pPr>
        <w:widowControl/>
        <w:autoSpaceDE w:val="0"/>
        <w:autoSpaceDN w:val="0"/>
        <w:spacing w:line="197" w:lineRule="auto" w:before="50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this candidate's job search. </w:t>
      </w:r>
    </w:p>
    <w:p>
      <w:pPr>
        <w:widowControl/>
        <w:autoSpaceDE w:val="0"/>
        <w:autoSpaceDN w:val="0"/>
        <w:spacing w:line="197" w:lineRule="auto" w:before="336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How do you go about filling your vacancies? May I send you information about our </w:t>
      </w:r>
    </w:p>
    <w:p>
      <w:pPr>
        <w:widowControl/>
        <w:autoSpaceDE w:val="0"/>
        <w:autoSpaceDN w:val="0"/>
        <w:spacing w:line="197" w:lineRule="auto" w:before="52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services. </w:t>
      </w:r>
    </w:p>
    <w:p>
      <w:pPr>
        <w:widowControl/>
        <w:autoSpaceDE w:val="0"/>
        <w:autoSpaceDN w:val="0"/>
        <w:spacing w:line="240" w:lineRule="auto" w:before="1190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85130" cy="2095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5130" cy="20955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12"/>
      <w:footerReference w:type="default" r:id="rId13"/>
      <w:pgSz w:w="12240" w:h="15840"/>
      <w:pgMar w:top="1720" w:right="1440" w:bottom="1440" w:left="144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2.png"/><Relationship Id="rId15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