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772"/>
        <w:gridCol w:w="7006"/>
      </w:tblGrid>
      <w:tr>
        <w:tc>
          <w:tcPr>
            <w:tcW w:type="dxa" w:w="3772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006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364"/>
        <w:ind w:left="0" w:right="0"/>
      </w:pPr>
    </w:p>
    <w:p>
      <w:pPr>
        <w:widowControl/>
        <w:autoSpaceDE w:val="0"/>
        <w:autoSpaceDN w:val="0"/>
        <w:spacing w:line="422" w:lineRule="exact" w:before="0" w:after="0"/>
        <w:ind w:left="3024" w:right="2880" w:firstLine="0"/>
        <w:jc w:val="center"/>
      </w:pPr>
      <w:r>
        <w:rPr>
          <w:rFonts w:ascii="Arial,Bold" w:hAnsi="Arial,Bold" w:eastAsia="Arial,Bold"/>
          <w:b/>
          <w:i w:val="0"/>
          <w:color w:val="000000"/>
          <w:sz w:val="28"/>
        </w:rPr>
        <w:t xml:space="preserve">ABC RECUITING COMPANY </w:t>
      </w:r>
      <w:r>
        <w:br/>
      </w:r>
      <w:r>
        <w:rPr>
          <w:rFonts w:ascii="Arial Black" w:hAnsi="Arial Black" w:eastAsia="Arial Black"/>
          <w:b w:val="0"/>
          <w:i w:val="0"/>
          <w:color w:val="000000"/>
          <w:sz w:val="40"/>
        </w:rPr>
        <w:t xml:space="preserve">Request for Time Off </w:t>
      </w:r>
    </w:p>
    <w:p>
      <w:pPr>
        <w:widowControl/>
        <w:autoSpaceDE w:val="0"/>
        <w:autoSpaceDN w:val="0"/>
        <w:spacing w:line="568" w:lineRule="exact" w:before="304" w:after="0"/>
        <w:ind w:left="0" w:right="0" w:firstLine="0"/>
        <w:jc w:val="center"/>
      </w:pPr>
      <w:r>
        <w:rPr>
          <w:rFonts w:ascii="Arial,Bold" w:hAnsi="Arial,Bold" w:eastAsia="Arial,Bold"/>
          <w:b/>
          <w:i w:val="0"/>
          <w:color w:val="000000"/>
          <w:sz w:val="24"/>
        </w:rPr>
        <w:t>Name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:  _______________________________________ Today’s Date:  ____________________ </w:t>
      </w:r>
      <w:r>
        <w:rPr>
          <w:rFonts w:ascii="Arial,Bold" w:hAnsi="Arial,Bold" w:eastAsia="Arial,Bold"/>
          <w:b/>
          <w:i w:val="0"/>
          <w:color w:val="000000"/>
          <w:sz w:val="24"/>
        </w:rPr>
        <w:t>Date(s) of requested time off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:  From:  _____________________  To:  _____________________ </w:t>
      </w:r>
    </w:p>
    <w:p>
      <w:pPr>
        <w:widowControl/>
        <w:tabs>
          <w:tab w:pos="496" w:val="left"/>
          <w:tab w:pos="2554" w:val="left"/>
          <w:tab w:pos="5918" w:val="left"/>
        </w:tabs>
        <w:autoSpaceDE w:val="0"/>
        <w:autoSpaceDN w:val="0"/>
        <w:spacing w:line="554" w:lineRule="exact" w:before="280" w:after="286"/>
        <w:ind w:left="122" w:right="576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Vacation: </w:t>
      </w:r>
      <w:r>
        <w:tab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 ____________________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Sick: </w:t>
      </w:r>
      <w:r>
        <w:tab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 ____________________(attach doctors note)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Birthday: </w:t>
      </w:r>
      <w:r>
        <w:tab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 ____________________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Jury Duty: </w:t>
      </w:r>
      <w:r>
        <w:tab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 ____________________(attach court notification)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Other: </w:t>
      </w:r>
      <w:r>
        <w:tab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 ____________________ </w:t>
      </w:r>
      <w:r>
        <w:br/>
      </w:r>
      <w:r>
        <w:tab/>
      </w:r>
      <w:r>
        <w:tab/>
      </w:r>
      <w:r>
        <w:tab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Total Days  ____________________ </w:t>
      </w:r>
      <w:r>
        <w:rPr>
          <w:rFonts w:ascii="Arial,Bold" w:hAnsi="Arial,Bold" w:eastAsia="Arial,Bold"/>
          <w:b/>
          <w:i w:val="0"/>
          <w:color w:val="000000"/>
          <w:sz w:val="24"/>
        </w:rPr>
        <w:t>Who will be covering your responsibilities during your absence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 (as applicable)? </w:t>
      </w:r>
    </w:p>
    <w:tbl>
      <w:tblPr>
        <w:tblW w:type="auto" w:w="0"/>
        <w:tblInd w:w="7.999999999999972" w:type="dxa"/>
        <w:tblLayout w:type="fixed"/>
        <w:tblLook w:firstColumn="1" w:firstRow="1" w:lastColumn="0" w:lastRow="0" w:noHBand="0" w:noVBand="1" w:val="04A0"/>
      </w:tblPr>
      <w:tblGrid>
        <w:gridCol w:w="1540"/>
        <w:gridCol w:w="1540"/>
        <w:gridCol w:w="1540"/>
        <w:gridCol w:w="1540"/>
        <w:gridCol w:w="1540"/>
        <w:gridCol w:w="1540"/>
        <w:gridCol w:w="1540"/>
      </w:tblGrid>
      <w:tr>
        <w:trPr>
          <w:trHeight w:hRule="exact" w:val="326"/>
        </w:trPr>
        <w:tc>
          <w:tcPr>
            <w:tcW w:type="dxa" w:w="1424"/>
            <w:tcBorders>
              <w:start w:sz="5.599999999999966" w:val="single" w:color="#000000"/>
              <w:top w:sz="5.599999999999909" w:val="single" w:color="#000000"/>
              <w:end w:sz="1.1200000047683716" w:val="single" w:color="#000000"/>
              <w:bottom w:sz="5.600000000000364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6" w:lineRule="exact" w:before="26" w:after="0"/>
              <w:ind w:left="108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 xml:space="preserve">Sunday </w:t>
            </w:r>
          </w:p>
        </w:tc>
        <w:tc>
          <w:tcPr>
            <w:tcW w:type="dxa" w:w="1498"/>
            <w:tcBorders>
              <w:start w:sz="1.1200000047683716" w:val="single" w:color="#000000"/>
              <w:top w:sz="5.599999999999909" w:val="single" w:color="#000000"/>
              <w:end w:sz="1.1200000047683716" w:val="single" w:color="#000000"/>
              <w:bottom w:sz="5.600000000000364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6" w:lineRule="exact" w:before="26" w:after="0"/>
              <w:ind w:left="184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 xml:space="preserve">Monday </w:t>
            </w:r>
          </w:p>
        </w:tc>
        <w:tc>
          <w:tcPr>
            <w:tcW w:type="dxa" w:w="1494"/>
            <w:tcBorders>
              <w:start w:sz="1.1200000047683716" w:val="single" w:color="#000000"/>
              <w:top w:sz="5.599999999999909" w:val="single" w:color="#000000"/>
              <w:end w:sz="1.1200000047683716" w:val="single" w:color="#000000"/>
              <w:bottom w:sz="5.600000000000364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6" w:lineRule="exact" w:before="26" w:after="0"/>
              <w:ind w:left="184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 xml:space="preserve">Tuesday </w:t>
            </w:r>
          </w:p>
        </w:tc>
        <w:tc>
          <w:tcPr>
            <w:tcW w:type="dxa" w:w="1682"/>
            <w:tcBorders>
              <w:start w:sz="1.1200000047683716" w:val="single" w:color="#000000"/>
              <w:top w:sz="5.599999999999909" w:val="single" w:color="#000000"/>
              <w:end w:sz="1.1200000047683716" w:val="single" w:color="#000000"/>
              <w:bottom w:sz="5.600000000000364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6" w:lineRule="exact" w:before="26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 xml:space="preserve">Wednesday </w:t>
            </w:r>
          </w:p>
        </w:tc>
        <w:tc>
          <w:tcPr>
            <w:tcW w:type="dxa" w:w="1688"/>
            <w:tcBorders>
              <w:start w:sz="1.1200000047683716" w:val="single" w:color="#000000"/>
              <w:top w:sz="5.599999999999909" w:val="single" w:color="#000000"/>
              <w:end w:sz="1.1200000047683716" w:val="single" w:color="#000000"/>
              <w:bottom w:sz="5.600000000000364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6" w:lineRule="exact" w:before="26" w:after="0"/>
              <w:ind w:left="186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 xml:space="preserve">Thursday </w:t>
            </w:r>
          </w:p>
        </w:tc>
        <w:tc>
          <w:tcPr>
            <w:tcW w:type="dxa" w:w="1494"/>
            <w:tcBorders>
              <w:start w:sz="1.1200000047683716" w:val="single" w:color="#000000"/>
              <w:top w:sz="5.599999999999909" w:val="single" w:color="#000000"/>
              <w:end w:sz="1.1200000047683716" w:val="single" w:color="#000000"/>
              <w:bottom w:sz="5.600000000000364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6" w:lineRule="exact" w:before="26" w:after="0"/>
              <w:ind w:left="182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 xml:space="preserve">Friday </w:t>
            </w:r>
          </w:p>
        </w:tc>
        <w:tc>
          <w:tcPr>
            <w:tcW w:type="dxa" w:w="1462"/>
            <w:tcBorders>
              <w:start w:sz="1.1200000047683716" w:val="single" w:color="#000000"/>
              <w:top w:sz="5.599999999999909" w:val="single" w:color="#000000"/>
              <w:end w:sz="5.600000000000364" w:val="single" w:color="#000000"/>
              <w:bottom w:sz="5.600000000000364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6" w:lineRule="exact" w:before="26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 xml:space="preserve">Saturday </w:t>
            </w:r>
          </w:p>
        </w:tc>
      </w:tr>
      <w:tr>
        <w:trPr>
          <w:trHeight w:hRule="exact" w:val="606"/>
        </w:trPr>
        <w:tc>
          <w:tcPr>
            <w:tcW w:type="dxa" w:w="1424"/>
            <w:tcBorders>
              <w:start w:sz="5.599999999999966" w:val="single" w:color="#000000"/>
              <w:top w:sz="5.600000000000364" w:val="single" w:color="#000000"/>
              <w:end w:sz="1.1200000047683716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98"/>
            <w:tcBorders>
              <w:start w:sz="1.1200000047683716" w:val="single" w:color="#000000"/>
              <w:top w:sz="5.600000000000364" w:val="single" w:color="#000000"/>
              <w:end w:sz="1.1200000047683716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94"/>
            <w:tcBorders>
              <w:start w:sz="1.1200000047683716" w:val="single" w:color="#000000"/>
              <w:top w:sz="5.600000000000364" w:val="single" w:color="#000000"/>
              <w:end w:sz="1.1200000047683716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82"/>
            <w:tcBorders>
              <w:start w:sz="1.1200000047683716" w:val="single" w:color="#000000"/>
              <w:top w:sz="5.600000000000364" w:val="single" w:color="#000000"/>
              <w:end w:sz="1.1200000047683716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88"/>
            <w:tcBorders>
              <w:start w:sz="1.1200000047683716" w:val="single" w:color="#000000"/>
              <w:top w:sz="5.600000000000364" w:val="single" w:color="#000000"/>
              <w:end w:sz="1.1200000047683716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94"/>
            <w:tcBorders>
              <w:start w:sz="1.1200000047683716" w:val="single" w:color="#000000"/>
              <w:top w:sz="5.600000000000364" w:val="single" w:color="#000000"/>
              <w:end w:sz="1.1200000047683716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62"/>
            <w:tcBorders>
              <w:start w:sz="1.1200000047683716" w:val="single" w:color="#000000"/>
              <w:top w:sz="5.600000000000364" w:val="single" w:color="#000000"/>
              <w:end w:sz="5.600000000000364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06"/>
        </w:trPr>
        <w:tc>
          <w:tcPr>
            <w:tcW w:type="dxa" w:w="1424"/>
            <w:tcBorders>
              <w:start w:sz="5.599999999999966" w:val="single" w:color="#000000"/>
              <w:top w:sz="5.599999999999909" w:val="single" w:color="#000000"/>
              <w:end w:sz="1.1200000047683716" w:val="single" w:color="#000000"/>
              <w:bottom w:sz="5.600000000000364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98"/>
            <w:tcBorders>
              <w:start w:sz="1.1200000047683716" w:val="single" w:color="#000000"/>
              <w:top w:sz="5.599999999999909" w:val="single" w:color="#000000"/>
              <w:end w:sz="1.1200000047683716" w:val="single" w:color="#000000"/>
              <w:bottom w:sz="5.600000000000364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94"/>
            <w:tcBorders>
              <w:start w:sz="1.1200000047683716" w:val="single" w:color="#000000"/>
              <w:top w:sz="5.599999999999909" w:val="single" w:color="#000000"/>
              <w:end w:sz="1.1200000047683716" w:val="single" w:color="#000000"/>
              <w:bottom w:sz="5.600000000000364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82"/>
            <w:tcBorders>
              <w:start w:sz="1.1200000047683716" w:val="single" w:color="#000000"/>
              <w:top w:sz="5.599999999999909" w:val="single" w:color="#000000"/>
              <w:end w:sz="1.1200000047683716" w:val="single" w:color="#000000"/>
              <w:bottom w:sz="5.600000000000364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88"/>
            <w:tcBorders>
              <w:start w:sz="1.1200000047683716" w:val="single" w:color="#000000"/>
              <w:top w:sz="5.599999999999909" w:val="single" w:color="#000000"/>
              <w:end w:sz="1.1200000047683716" w:val="single" w:color="#000000"/>
              <w:bottom w:sz="5.600000000000364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94"/>
            <w:tcBorders>
              <w:start w:sz="1.1200000047683716" w:val="single" w:color="#000000"/>
              <w:top w:sz="5.599999999999909" w:val="single" w:color="#000000"/>
              <w:end w:sz="1.1200000047683716" w:val="single" w:color="#000000"/>
              <w:bottom w:sz="5.600000000000364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62"/>
            <w:tcBorders>
              <w:start w:sz="1.1200000047683716" w:val="single" w:color="#000000"/>
              <w:top w:sz="5.599999999999909" w:val="single" w:color="#000000"/>
              <w:end w:sz="5.600000000000364" w:val="single" w:color="#000000"/>
              <w:bottom w:sz="5.600000000000364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widowControl/>
        <w:autoSpaceDE w:val="0"/>
        <w:autoSpaceDN w:val="0"/>
        <w:spacing w:line="268" w:lineRule="exact" w:before="290" w:after="238"/>
        <w:ind w:left="122" w:right="0" w:firstLine="0"/>
        <w:jc w:val="left"/>
      </w:pPr>
      <w:r>
        <w:rPr>
          <w:rFonts w:ascii="Arial,Bold" w:hAnsi="Arial,Bold" w:eastAsia="Arial,Bold"/>
          <w:b/>
          <w:i w:val="0"/>
          <w:color w:val="000000"/>
          <w:sz w:val="24"/>
        </w:rPr>
        <w:t>Employee’s signature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:  ________________________________________________ </w:t>
      </w:r>
    </w:p>
    <w:tbl>
      <w:tblPr>
        <w:tblW w:type="auto" w:w="0"/>
        <w:tblInd w:w="57.99999999999997" w:type="dxa"/>
        <w:tblLayout w:type="fixed"/>
        <w:tblLook w:firstColumn="1" w:firstRow="1" w:lastColumn="0" w:lastRow="0" w:noHBand="0" w:noVBand="1" w:val="04A0"/>
      </w:tblPr>
      <w:tblGrid>
        <w:gridCol w:w="2156"/>
        <w:gridCol w:w="2156"/>
        <w:gridCol w:w="2156"/>
        <w:gridCol w:w="2156"/>
        <w:gridCol w:w="2156"/>
      </w:tblGrid>
      <w:tr>
        <w:trPr>
          <w:trHeight w:hRule="exact" w:val="388"/>
        </w:trPr>
        <w:tc>
          <w:tcPr>
            <w:tcW w:type="dxa" w:w="20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8" w:lineRule="exact" w:before="60" w:after="0"/>
              <w:ind w:left="64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24"/>
              </w:rPr>
              <w:t>Approval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 xml:space="preserve">: </w:t>
            </w:r>
          </w:p>
        </w:tc>
        <w:tc>
          <w:tcPr>
            <w:tcW w:type="dxa" w:w="13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60" w:lineRule="exact" w:before="0" w:after="0"/>
              <w:ind w:left="0" w:right="0"/>
            </w:pPr>
          </w:p>
          <w:tbl>
            <w:tblPr>
              <w:tblW w:type="auto" w:w="0"/>
              <w:tblInd w:w="851.9999999999999" w:type="dxa"/>
              <w:tblLayout w:type="fixed"/>
              <w:tblLook w:firstColumn="1" w:firstRow="1" w:lastColumn="0" w:lastRow="0" w:noHBand="0" w:noVBand="1" w:val="04A0"/>
            </w:tblPr>
            <w:tblGrid>
              <w:gridCol w:w="1320"/>
            </w:tblGrid>
            <w:tr>
              <w:trPr>
                <w:trHeight w:hRule="exact" w:val="210"/>
              </w:trPr>
              <w:tc>
                <w:tcPr>
                  <w:tcW w:type="dxa" w:w="230"/>
                  <w:tcBorders>
                    <w:start w:sz="11.520000457763672" w:val="single" w:color="#000000"/>
                    <w:top w:sz="11.520000457763672" w:val="single" w:color="#000000"/>
                    <w:end w:sz="11.520000457763672" w:val="single" w:color="#000000"/>
                    <w:bottom w:sz="11.520000457763672" w:val="single" w:color="#000000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</w:tbl>
          <w:p>
            <w:pPr>
              <w:widowControl/>
              <w:autoSpaceDE w:val="0"/>
              <w:autoSpaceDN w:val="0"/>
              <w:spacing w:line="14" w:lineRule="exact" w:before="0" w:after="0"/>
              <w:ind w:left="0" w:right="0"/>
            </w:pPr>
          </w:p>
        </w:tc>
        <w:tc>
          <w:tcPr>
            <w:tcW w:type="dxa" w:w="24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8" w:lineRule="exact" w:before="60" w:after="0"/>
              <w:ind w:left="258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 xml:space="preserve">Time off OK </w:t>
            </w:r>
          </w:p>
        </w:tc>
        <w:tc>
          <w:tcPr>
            <w:tcW w:type="dxa" w:w="12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60" w:lineRule="exact" w:before="0" w:after="0"/>
              <w:ind w:left="0" w:right="0"/>
            </w:pPr>
          </w:p>
          <w:tbl>
            <w:tblPr>
              <w:tblW w:type="auto" w:w="0"/>
              <w:tblInd w:w="852.0000000000005" w:type="dxa"/>
              <w:tblLayout w:type="fixed"/>
              <w:tblLook w:firstColumn="1" w:firstRow="1" w:lastColumn="0" w:lastRow="0" w:noHBand="0" w:noVBand="1" w:val="04A0"/>
            </w:tblPr>
            <w:tblGrid>
              <w:gridCol w:w="1240"/>
            </w:tblGrid>
            <w:tr>
              <w:trPr>
                <w:trHeight w:hRule="exact" w:val="210"/>
              </w:trPr>
              <w:tc>
                <w:tcPr>
                  <w:tcW w:type="dxa" w:w="230"/>
                  <w:tcBorders>
                    <w:start w:sz="11.520000457763672" w:val="single" w:color="#000000"/>
                    <w:top w:sz="11.520000457763672" w:val="single" w:color="#000000"/>
                    <w:end w:sz="11.520000457763672" w:val="single" w:color="#000000"/>
                    <w:bottom w:sz="11.520000457763672" w:val="single" w:color="#000000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</w:tbl>
          <w:p>
            <w:pPr>
              <w:widowControl/>
              <w:autoSpaceDE w:val="0"/>
              <w:autoSpaceDN w:val="0"/>
              <w:spacing w:line="14" w:lineRule="exact" w:before="0" w:after="0"/>
              <w:ind w:left="0" w:right="0"/>
            </w:pPr>
          </w:p>
        </w:tc>
        <w:tc>
          <w:tcPr>
            <w:tcW w:type="dxa" w:w="280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8" w:lineRule="exact" w:before="60" w:after="0"/>
              <w:ind w:left="152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 xml:space="preserve">Time off not OK </w:t>
            </w:r>
          </w:p>
        </w:tc>
      </w:tr>
    </w:tbl>
    <w:p>
      <w:pPr>
        <w:widowControl/>
        <w:autoSpaceDE w:val="0"/>
        <w:autoSpaceDN w:val="0"/>
        <w:spacing w:line="544" w:lineRule="exact" w:before="0" w:after="0"/>
        <w:ind w:left="122" w:right="144" w:firstLine="0"/>
        <w:jc w:val="left"/>
      </w:pPr>
      <w:r>
        <w:rPr>
          <w:rFonts w:ascii="Arial,Bold" w:hAnsi="Arial,Bold" w:eastAsia="Arial,Bold"/>
          <w:b/>
          <w:i w:val="0"/>
          <w:color w:val="000000"/>
          <w:sz w:val="24"/>
        </w:rPr>
        <w:t>Supervisor’s signature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:  _______________________________________________ </w:t>
      </w:r>
      <w:r>
        <w:br/>
      </w:r>
      <w:r>
        <w:rPr>
          <w:rFonts w:ascii="Arial,Bold" w:hAnsi="Arial,Bold" w:eastAsia="Arial,Bold"/>
          <w:b/>
          <w:i w:val="0"/>
          <w:color w:val="000000"/>
          <w:sz w:val="24"/>
        </w:rPr>
        <w:t>Additional comments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:   _________________________________________________________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 _____________________________________________________________________________ </w:t>
      </w:r>
    </w:p>
    <w:sectPr w:rsidR="00FC693F" w:rsidRPr="0006063C" w:rsidSect="00034616">
      <w:headerReference w:type="default" r:id="rId9"/>
      <w:headerReference w:type="first" r:id="rId12"/>
      <w:footerReference w:type="default" r:id="rId10"/>
      <w:pgSz w:w="12240" w:h="15840"/>
      <w:pgMar w:top="1720" w:right="720" w:bottom="1440" w:left="742" w:header="620" w:footer="560" w:gutter="0"/>
      <w:cols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311"/>
      <w:gridCol w:w="2156"/>
      <w:gridCol w:w="4311"/>
    </w:tblGrid>
    <w:tr>
      <w:tc>
        <w:tcPr>
          <w:tcW w:type="dxa" w:w="4311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156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311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72"/>
      <w:gridCol w:w="7006"/>
    </w:tblGrid>
    <w:tr>
      <w:tc>
        <w:tcPr>
          <w:tcW w:type="dxa" w:w="3772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006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