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914"/>
        <w:gridCol w:w="7270"/>
      </w:tblGrid>
      <w:tr>
        <w:tc>
          <w:tcPr>
            <w:tcW w:type="dxa" w:w="3914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70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140"/>
        <w:ind w:left="0" w:right="0"/>
      </w:pPr>
    </w:p>
    <w:p>
      <w:pPr>
        <w:widowControl/>
        <w:autoSpaceDE w:val="0"/>
        <w:autoSpaceDN w:val="0"/>
        <w:spacing w:line="324" w:lineRule="exact" w:before="42" w:after="234"/>
        <w:ind w:left="1872" w:right="2160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32"/>
        </w:rPr>
        <w:t xml:space="preserve">Return the completed form via fax to 714.242.2071 </w:t>
      </w:r>
      <w:r>
        <w:rPr>
          <w:rFonts w:ascii="TimesNewRomanPS" w:hAnsi="TimesNewRomanPS" w:eastAsia="TimesNewRomanPS"/>
          <w:b/>
          <w:i w:val="0"/>
          <w:color w:val="000000"/>
          <w:sz w:val="28"/>
        </w:rPr>
        <w:t xml:space="preserve">ATTN: Human Resources </w:t>
      </w:r>
    </w:p>
    <w:tbl>
      <w:tblPr>
        <w:tblW w:type="auto" w:w="0"/>
        <w:tblInd w:w="676.0" w:type="dxa"/>
        <w:tblLayout w:type="fixed"/>
        <w:tblLook w:firstColumn="1" w:firstRow="1" w:lastColumn="0" w:lastRow="0" w:noHBand="0" w:noVBand="1" w:val="04A0"/>
      </w:tblPr>
      <w:tblGrid>
        <w:gridCol w:w="5592"/>
        <w:gridCol w:w="5592"/>
      </w:tblGrid>
      <w:tr>
        <w:trPr>
          <w:trHeight w:hRule="exact" w:val="1402"/>
        </w:trPr>
        <w:tc>
          <w:tcPr>
            <w:tcW w:type="dxa" w:w="688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646" w:lineRule="exact" w:before="38" w:after="0"/>
              <w:ind w:left="576" w:right="576" w:firstLine="0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56"/>
              </w:rPr>
              <w:t xml:space="preserve">Topgrading </w:t>
            </w:r>
            <w:r>
              <w:br/>
            </w:r>
            <w:r>
              <w:rPr>
                <w:rFonts w:ascii="Arial" w:hAnsi="Arial" w:eastAsia="Arial"/>
                <w:b/>
                <w:i w:val="0"/>
                <w:color w:val="000000"/>
                <w:sz w:val="56"/>
              </w:rPr>
              <w:t xml:space="preserve">Career History Form </w:t>
            </w:r>
          </w:p>
        </w:tc>
        <w:tc>
          <w:tcPr>
            <w:tcW w:type="dxa" w:w="346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4" w:lineRule="exact" w:before="422" w:after="0"/>
              <w:ind w:left="628" w:right="134" w:firstLine="0"/>
              <w:jc w:val="both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16"/>
              </w:rPr>
              <w:t xml:space="preserve">This information will not be the only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16"/>
              </w:rPr>
              <w:t xml:space="preserve">basis for hiring decisions. You are not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16"/>
              </w:rPr>
              <w:t xml:space="preserve">required to  furnish any  information that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16"/>
              </w:rPr>
              <w:t xml:space="preserve">is prohibited by federal, state or local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16"/>
              </w:rPr>
              <w:t>law.</w:t>
            </w:r>
          </w:p>
        </w:tc>
      </w:tr>
    </w:tbl>
    <w:p>
      <w:pPr>
        <w:widowControl/>
        <w:autoSpaceDE w:val="0"/>
        <w:autoSpaceDN w:val="0"/>
        <w:spacing w:line="834" w:lineRule="exact" w:before="0" w:after="0"/>
        <w:ind w:left="0" w:right="0"/>
      </w:pPr>
    </w:p>
    <w:tbl>
      <w:tblPr>
        <w:tblW w:type="auto" w:w="0"/>
        <w:tblInd w:w="3.9999999999999147" w:type="dxa"/>
        <w:tblLayout w:type="fixed"/>
        <w:tblLook w:firstColumn="1" w:firstRow="1" w:lastColumn="0" w:lastRow="0" w:noHBand="0" w:noVBand="1" w:val="04A0"/>
      </w:tblPr>
      <w:tblGrid>
        <w:gridCol w:w="2237"/>
        <w:gridCol w:w="2237"/>
        <w:gridCol w:w="2237"/>
        <w:gridCol w:w="2237"/>
        <w:gridCol w:w="2237"/>
      </w:tblGrid>
      <w:tr>
        <w:trPr>
          <w:trHeight w:hRule="exact" w:val="630"/>
        </w:trPr>
        <w:tc>
          <w:tcPr>
            <w:tcW w:type="dxa" w:w="3594"/>
            <w:tcBorders>
              <w:start w:sz="3.1999999999999886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Last name </w:t>
            </w:r>
          </w:p>
        </w:tc>
        <w:tc>
          <w:tcPr>
            <w:tcW w:type="dxa" w:w="251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First </w:t>
            </w:r>
          </w:p>
        </w:tc>
        <w:tc>
          <w:tcPr>
            <w:tcW w:type="dxa" w:w="2070"/>
            <w:gridSpan w:val="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Middle </w:t>
            </w:r>
          </w:p>
        </w:tc>
        <w:tc>
          <w:tcPr>
            <w:tcW w:type="dxa" w:w="269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Social security number </w:t>
            </w:r>
          </w:p>
        </w:tc>
      </w:tr>
      <w:tr>
        <w:trPr>
          <w:trHeight w:hRule="exact" w:val="1250"/>
        </w:trPr>
        <w:tc>
          <w:tcPr>
            <w:tcW w:type="dxa" w:w="3594"/>
            <w:tcBorders>
              <w:start w:sz="3.1999999999999886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Business address </w:t>
            </w:r>
          </w:p>
          <w:p>
            <w:pPr>
              <w:widowControl/>
              <w:autoSpaceDE w:val="0"/>
              <w:autoSpaceDN w:val="0"/>
              <w:spacing w:line="222" w:lineRule="exact" w:before="40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Email: </w:t>
            </w:r>
          </w:p>
        </w:tc>
        <w:tc>
          <w:tcPr>
            <w:tcW w:type="dxa" w:w="251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City </w:t>
            </w:r>
          </w:p>
          <w:p>
            <w:pPr>
              <w:widowControl/>
              <w:autoSpaceDE w:val="0"/>
              <w:autoSpaceDN w:val="0"/>
              <w:spacing w:line="222" w:lineRule="exact" w:before="40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Cell: </w:t>
            </w:r>
          </w:p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State </w:t>
            </w:r>
          </w:p>
        </w:tc>
        <w:tc>
          <w:tcPr>
            <w:tcW w:type="dxa" w:w="9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Zip code </w:t>
            </w:r>
          </w:p>
        </w:tc>
        <w:tc>
          <w:tcPr>
            <w:tcW w:type="dxa" w:w="269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310" w:lineRule="exact" w:before="0" w:after="0"/>
              <w:ind w:left="0" w:right="432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Area code + telephone no.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(        ) </w:t>
            </w:r>
            <w:r>
              <w:br/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Date: </w:t>
            </w:r>
          </w:p>
        </w:tc>
      </w:tr>
    </w:tbl>
    <w:p>
      <w:pPr>
        <w:widowControl/>
        <w:autoSpaceDE w:val="0"/>
        <w:autoSpaceDN w:val="0"/>
        <w:spacing w:line="550" w:lineRule="exact" w:before="0" w:after="0"/>
        <w:ind w:left="0" w:right="0"/>
      </w:pPr>
    </w:p>
    <w:tbl>
      <w:tblPr>
        <w:tblW w:type="auto" w:w="0"/>
        <w:tblInd w:w="3.9999999999999147" w:type="dxa"/>
        <w:tblLayout w:type="fixed"/>
        <w:tblLook w:firstColumn="1" w:firstRow="1" w:lastColumn="0" w:lastRow="0" w:noHBand="0" w:noVBand="1" w:val="04A0"/>
      </w:tblPr>
      <w:tblGrid>
        <w:gridCol w:w="5592"/>
        <w:gridCol w:w="5592"/>
      </w:tblGrid>
      <w:tr>
        <w:trPr>
          <w:trHeight w:hRule="exact" w:val="234"/>
        </w:trPr>
        <w:tc>
          <w:tcPr>
            <w:tcW w:type="dxa" w:w="756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tbl>
            <w:tblPr>
              <w:tblW w:type="auto" w:w="0"/>
              <w:tblInd w:w="0.0" w:type="dxa"/>
              <w:tblLayout w:type="fixed"/>
              <w:tblLook w:firstColumn="1" w:firstRow="1" w:lastColumn="0" w:lastRow="0" w:noHBand="0" w:noVBand="1" w:val="04A0"/>
            </w:tblPr>
            <w:tblGrid>
              <w:gridCol w:w="7560"/>
            </w:tblGrid>
            <w:tr>
              <w:trPr>
                <w:trHeight w:hRule="exact" w:val="210"/>
              </w:trPr>
              <w:tc>
                <w:tcPr>
                  <w:tcW w:type="dxa" w:w="4592"/>
                  <w:tcBorders/>
                  <w:shd w:fill="f1f2f1"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20" w:lineRule="exact" w:before="6" w:after="0"/>
                    <w:ind w:left="0" w:right="0" w:firstLine="0"/>
                    <w:jc w:val="left"/>
                  </w:pPr>
                  <w:r>
                    <w:rPr>
                      <w:rFonts w:ascii="TimesNewRomanPSMT" w:hAnsi="TimesNewRomanPSMT" w:eastAsia="TimesNewRomanPSMT"/>
                      <w:b w:val="0"/>
                      <w:i w:val="0"/>
                      <w:color w:val="000000"/>
                      <w:sz w:val="20"/>
                    </w:rPr>
                    <w:t xml:space="preserve">Position applied for </w:t>
                  </w:r>
                </w:p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333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Earnings expected $ </w:t>
            </w:r>
          </w:p>
        </w:tc>
      </w:tr>
    </w:tbl>
    <w:p>
      <w:pPr>
        <w:widowControl/>
        <w:autoSpaceDE w:val="0"/>
        <w:autoSpaceDN w:val="0"/>
        <w:spacing w:line="266" w:lineRule="exact" w:before="372" w:after="42"/>
        <w:ind w:left="4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>I.   BUSINESS EXPERIENCE:</w:t>
      </w: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(Please start with your present or most recent position) </w:t>
      </w:r>
    </w:p>
    <w:tbl>
      <w:tblPr>
        <w:tblW w:type="auto" w:w="0"/>
        <w:tblInd w:w="-4.000000000000057" w:type="dxa"/>
        <w:tblLayout w:type="fixed"/>
        <w:tblLook w:firstColumn="1" w:firstRow="1" w:lastColumn="0" w:lastRow="0" w:noHBand="0" w:noVBand="1" w:val="04A0"/>
      </w:tblPr>
      <w:tblGrid>
        <w:gridCol w:w="2796"/>
        <w:gridCol w:w="2796"/>
        <w:gridCol w:w="2796"/>
        <w:gridCol w:w="2796"/>
      </w:tblGrid>
      <w:tr>
        <w:trPr>
          <w:trHeight w:hRule="exact" w:val="274"/>
        </w:trPr>
        <w:tc>
          <w:tcPr>
            <w:tcW w:type="dxa" w:w="468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42" w:after="0"/>
              <w:ind w:left="8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>A.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Firm </w:t>
            </w:r>
          </w:p>
        </w:tc>
        <w:tc>
          <w:tcPr>
            <w:tcW w:type="dxa" w:w="81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Address </w:t>
            </w:r>
          </w:p>
        </w:tc>
        <w:tc>
          <w:tcPr>
            <w:tcW w:type="dxa" w:w="243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97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18"/>
        </w:trPr>
        <w:tc>
          <w:tcPr>
            <w:tcW w:type="dxa" w:w="4688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4" w:after="0"/>
              <w:ind w:left="3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City </w:t>
            </w:r>
          </w:p>
        </w:tc>
        <w:tc>
          <w:tcPr>
            <w:tcW w:type="dxa" w:w="81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State </w:t>
            </w:r>
          </w:p>
        </w:tc>
        <w:tc>
          <w:tcPr>
            <w:tcW w:type="dxa" w:w="243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4" w:after="0"/>
              <w:ind w:left="0" w:right="139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Zip </w:t>
            </w:r>
          </w:p>
        </w:tc>
        <w:tc>
          <w:tcPr>
            <w:tcW w:type="dxa" w:w="297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4" w:after="0"/>
              <w:ind w:left="5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Phone (        ) </w:t>
            </w:r>
          </w:p>
        </w:tc>
      </w:tr>
      <w:tr>
        <w:trPr>
          <w:trHeight w:hRule="exact" w:val="322"/>
        </w:trPr>
        <w:tc>
          <w:tcPr>
            <w:tcW w:type="dxa" w:w="4688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8" w:after="0"/>
              <w:ind w:left="3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Kind of business </w:t>
            </w:r>
          </w:p>
        </w:tc>
        <w:tc>
          <w:tcPr>
            <w:tcW w:type="dxa" w:w="81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43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8" w:after="0"/>
              <w:ind w:left="0" w:right="48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Employed from </w:t>
            </w:r>
          </w:p>
        </w:tc>
        <w:tc>
          <w:tcPr>
            <w:tcW w:type="dxa" w:w="297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8" w:after="0"/>
              <w:ind w:left="0" w:right="143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To </w:t>
            </w:r>
          </w:p>
        </w:tc>
      </w:tr>
    </w:tbl>
    <w:p>
      <w:pPr>
        <w:widowControl/>
        <w:autoSpaceDE w:val="0"/>
        <w:autoSpaceDN w:val="0"/>
        <w:spacing w:line="2982" w:lineRule="exact" w:before="0" w:after="0"/>
        <w:ind w:left="0" w:right="0"/>
      </w:pPr>
    </w:p>
    <w:tbl>
      <w:tblPr>
        <w:tblW w:type="auto" w:w="0"/>
        <w:tblInd w:w="-4.000000000000057" w:type="dxa"/>
        <w:tblLayout w:type="fixed"/>
        <w:tblLook w:firstColumn="1" w:firstRow="1" w:lastColumn="0" w:lastRow="0" w:noHBand="0" w:noVBand="1" w:val="04A0"/>
      </w:tblPr>
      <w:tblGrid>
        <w:gridCol w:w="2796"/>
        <w:gridCol w:w="2796"/>
        <w:gridCol w:w="2796"/>
        <w:gridCol w:w="2796"/>
      </w:tblGrid>
      <w:tr>
        <w:trPr>
          <w:trHeight w:hRule="exact" w:val="678"/>
        </w:trPr>
        <w:tc>
          <w:tcPr>
            <w:tcW w:type="dxa" w:w="3774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440" w:after="0"/>
              <w:ind w:left="8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>B.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Firm </w:t>
            </w:r>
          </w:p>
        </w:tc>
        <w:tc>
          <w:tcPr>
            <w:tcW w:type="dxa" w:w="1724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40" w:after="0"/>
              <w:ind w:left="0" w:right="104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Address </w:t>
            </w:r>
          </w:p>
        </w:tc>
        <w:tc>
          <w:tcPr>
            <w:tcW w:type="dxa" w:w="2430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970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16"/>
        </w:trPr>
        <w:tc>
          <w:tcPr>
            <w:tcW w:type="dxa" w:w="3774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3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City </w:t>
            </w:r>
          </w:p>
        </w:tc>
        <w:tc>
          <w:tcPr>
            <w:tcW w:type="dxa" w:w="1724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36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State </w:t>
            </w:r>
          </w:p>
        </w:tc>
        <w:tc>
          <w:tcPr>
            <w:tcW w:type="dxa" w:w="243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139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Zip </w:t>
            </w:r>
          </w:p>
        </w:tc>
        <w:tc>
          <w:tcPr>
            <w:tcW w:type="dxa" w:w="29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5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Phone (        ) </w:t>
            </w:r>
          </w:p>
        </w:tc>
      </w:tr>
      <w:tr>
        <w:trPr>
          <w:trHeight w:hRule="exact" w:val="322"/>
        </w:trPr>
        <w:tc>
          <w:tcPr>
            <w:tcW w:type="dxa" w:w="3774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3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Kind of business </w:t>
            </w:r>
          </w:p>
        </w:tc>
        <w:tc>
          <w:tcPr>
            <w:tcW w:type="dxa" w:w="1724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43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0" w:right="48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Employed from </w:t>
            </w:r>
          </w:p>
        </w:tc>
        <w:tc>
          <w:tcPr>
            <w:tcW w:type="dxa" w:w="297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0" w:right="143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To </w:t>
            </w:r>
          </w:p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3.9999999999999147" w:type="dxa"/>
        <w:tblLayout w:type="fixed"/>
        <w:tblLook w:firstColumn="1" w:firstRow="1" w:lastColumn="0" w:lastRow="0" w:noHBand="0" w:noVBand="1" w:val="04A0"/>
      </w:tblPr>
      <w:tblGrid>
        <w:gridCol w:w="1398"/>
        <w:gridCol w:w="1398"/>
        <w:gridCol w:w="1398"/>
        <w:gridCol w:w="1398"/>
        <w:gridCol w:w="1398"/>
        <w:gridCol w:w="1398"/>
        <w:gridCol w:w="1398"/>
        <w:gridCol w:w="1398"/>
      </w:tblGrid>
      <w:tr>
        <w:trPr>
          <w:trHeight w:hRule="exact" w:val="5574"/>
        </w:trPr>
        <w:tc>
          <w:tcPr>
            <w:tcW w:type="dxa" w:w="2970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320" w:lineRule="exact" w:before="2654" w:after="0"/>
              <w:ind w:left="288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What (do)(did) you like most ab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What (do)(did) you least enjoy? </w:t>
            </w:r>
          </w:p>
          <w:p>
            <w:pPr>
              <w:widowControl/>
              <w:autoSpaceDE w:val="0"/>
              <w:autoSpaceDN w:val="0"/>
              <w:spacing w:line="222" w:lineRule="exact" w:before="98" w:after="0"/>
              <w:ind w:left="36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Reasons for leaving or desiring to change </w:t>
            </w:r>
          </w:p>
        </w:tc>
        <w:tc>
          <w:tcPr>
            <w:tcW w:type="dxa" w:w="1530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75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out your job? </w:t>
            </w:r>
          </w:p>
          <w:p>
            <w:pPr>
              <w:widowControl/>
              <w:autoSpaceDE w:val="0"/>
              <w:autoSpaceDN w:val="0"/>
              <w:spacing w:line="222" w:lineRule="exact" w:before="418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o change </w:t>
            </w:r>
          </w:p>
        </w:tc>
        <w:tc>
          <w:tcPr>
            <w:tcW w:type="dxa" w:w="990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90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40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52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722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(show months as we</w:t>
            </w:r>
          </w:p>
          <w:p>
            <w:pPr>
              <w:widowControl/>
              <w:autoSpaceDE w:val="0"/>
              <w:autoSpaceDN w:val="0"/>
              <w:spacing w:line="222" w:lineRule="exact" w:before="4084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(show months as we</w:t>
            </w:r>
          </w:p>
          <w:p>
            <w:pPr>
              <w:widowControl/>
              <w:autoSpaceDE w:val="0"/>
              <w:autoSpaceDN w:val="0"/>
              <w:spacing w:line="220" w:lineRule="exact" w:before="90" w:after="0"/>
              <w:ind w:left="0" w:right="134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Base </w:t>
            </w:r>
          </w:p>
        </w:tc>
        <w:tc>
          <w:tcPr>
            <w:tcW w:type="dxa" w:w="1318"/>
            <w:gridSpan w:val="2"/>
            <w:tcBorders>
              <w:top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72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ll as years) </w:t>
            </w:r>
          </w:p>
          <w:p>
            <w:pPr>
              <w:widowControl/>
              <w:autoSpaceDE w:val="0"/>
              <w:autoSpaceDN w:val="0"/>
              <w:spacing w:line="222" w:lineRule="exact" w:before="408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ll as years) </w:t>
            </w:r>
          </w:p>
          <w:p>
            <w:pPr>
              <w:widowControl/>
              <w:autoSpaceDE w:val="0"/>
              <w:autoSpaceDN w:val="0"/>
              <w:spacing w:line="220" w:lineRule="exact" w:before="90" w:after="0"/>
              <w:ind w:left="1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322"/>
        </w:trPr>
        <w:tc>
          <w:tcPr>
            <w:tcW w:type="dxa" w:w="297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99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89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540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970"/>
            <w:gridSpan w:val="3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6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Bonus $ </w:t>
            </w:r>
          </w:p>
        </w:tc>
      </w:tr>
      <w:tr>
        <w:trPr>
          <w:trHeight w:hRule="exact" w:val="142"/>
        </w:trPr>
        <w:tc>
          <w:tcPr>
            <w:tcW w:type="dxa" w:w="2970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25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Title   </w:t>
            </w:r>
          </w:p>
        </w:tc>
        <w:tc>
          <w:tcPr>
            <w:tcW w:type="dxa" w:w="1530"/>
            <w:tcBorders>
              <w:top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27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Initial </w:t>
            </w:r>
          </w:p>
        </w:tc>
        <w:tc>
          <w:tcPr>
            <w:tcW w:type="dxa" w:w="990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1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394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Final total </w:t>
            </w:r>
          </w:p>
        </w:tc>
        <w:tc>
          <w:tcPr>
            <w:tcW w:type="dxa" w:w="540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1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00"/>
            <w:gridSpan w:val="2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214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Other </w:t>
            </w:r>
          </w:p>
        </w:tc>
        <w:tc>
          <w:tcPr>
            <w:tcW w:type="dxa" w:w="1170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238"/>
        </w:trPr>
        <w:tc>
          <w:tcPr>
            <w:tcW w:type="dxa" w:w="1398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53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" w:after="0"/>
              <w:ind w:left="27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398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89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" w:after="0"/>
              <w:ind w:left="0" w:right="9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398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2796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398"/>
            <w:vMerge/>
            <w:tcBorders>
              <w:top w:sz="4.0" w:val="single" w:color="#000000"/>
              <w:bottom w:sz="4.0" w:val="single" w:color="#000000"/>
            </w:tcBorders>
          </w:tcPr>
          <w:p/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115.99999999999994" w:type="dxa"/>
        <w:tblLayout w:type="fixed"/>
        <w:tblLook w:firstColumn="1" w:firstRow="1" w:lastColumn="0" w:lastRow="0" w:noHBand="0" w:noVBand="1" w:val="04A0"/>
      </w:tblPr>
      <w:tblGrid>
        <w:gridCol w:w="1398"/>
        <w:gridCol w:w="1398"/>
        <w:gridCol w:w="1398"/>
        <w:gridCol w:w="1398"/>
        <w:gridCol w:w="1398"/>
        <w:gridCol w:w="1398"/>
        <w:gridCol w:w="1398"/>
        <w:gridCol w:w="1398"/>
      </w:tblGrid>
      <w:tr>
        <w:trPr>
          <w:trHeight w:hRule="exact" w:val="276"/>
        </w:trPr>
        <w:tc>
          <w:tcPr>
            <w:tcW w:type="dxa" w:w="312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880"/>
            <w:gridSpan w:val="2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50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Final total </w:t>
            </w:r>
          </w:p>
        </w:tc>
        <w:tc>
          <w:tcPr>
            <w:tcW w:type="dxa" w:w="57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Base </w:t>
            </w:r>
          </w:p>
        </w:tc>
        <w:tc>
          <w:tcPr>
            <w:tcW w:type="dxa" w:w="1318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4" w:after="0"/>
              <w:ind w:left="1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316"/>
        </w:trPr>
        <w:tc>
          <w:tcPr>
            <w:tcW w:type="dxa" w:w="312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796"/>
            <w:gridSpan w:val="2"/>
            <w:vMerge/>
            <w:tcBorders/>
          </w:tcPr>
          <w:p/>
        </w:tc>
        <w:tc>
          <w:tcPr>
            <w:tcW w:type="dxa" w:w="189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Bonus $ </w:t>
            </w:r>
          </w:p>
        </w:tc>
      </w:tr>
      <w:tr>
        <w:trPr>
          <w:trHeight w:hRule="exact" w:val="132"/>
        </w:trPr>
        <w:tc>
          <w:tcPr>
            <w:tcW w:type="dxa" w:w="3128"/>
            <w:vMerge w:val="restart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90" w:after="0"/>
              <w:ind w:left="13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Title   </w:t>
            </w:r>
          </w:p>
        </w:tc>
        <w:tc>
          <w:tcPr>
            <w:tcW w:type="dxa" w:w="1260"/>
            <w:tcBorders>
              <w:top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Initial </w:t>
            </w:r>
          </w:p>
        </w:tc>
        <w:tc>
          <w:tcPr>
            <w:tcW w:type="dxa" w:w="1620"/>
            <w:vMerge w:val="restart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18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2796"/>
            <w:gridSpan w:val="2"/>
            <w:vMerge/>
            <w:tcBorders/>
          </w:tcPr>
          <w:p/>
        </w:tc>
        <w:tc>
          <w:tcPr>
            <w:tcW w:type="dxa" w:w="720"/>
            <w:gridSpan w:val="2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9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Other </w:t>
            </w:r>
          </w:p>
        </w:tc>
        <w:tc>
          <w:tcPr>
            <w:tcW w:type="dxa" w:w="1170"/>
            <w:vMerge w:val="restart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9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250"/>
        </w:trPr>
        <w:tc>
          <w:tcPr>
            <w:tcW w:type="dxa" w:w="1398"/>
            <w:vMerge/>
            <w:tcBorders>
              <w:top w:sz="4.0" w:val="single" w:color="#000000"/>
              <w:bottom w:sz="3.199999999999818" w:val="single" w:color="#000000"/>
            </w:tcBorders>
          </w:tcPr>
          <w:p/>
        </w:tc>
        <w:tc>
          <w:tcPr>
            <w:tcW w:type="dxa" w:w="1260"/>
            <w:tcBorders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398"/>
            <w:vMerge/>
            <w:tcBorders>
              <w:top w:sz="4.0" w:val="single" w:color="#000000"/>
              <w:bottom w:sz="3.199999999999818" w:val="single" w:color="#000000"/>
            </w:tcBorders>
          </w:tcPr>
          <w:p/>
        </w:tc>
        <w:tc>
          <w:tcPr>
            <w:tcW w:type="dxa" w:w="1192"/>
            <w:tcBorders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688"/>
            <w:tcBorders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2796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398"/>
            <w:vMerge/>
            <w:tcBorders>
              <w:top w:sz="4.0" w:val="single" w:color="#000000"/>
              <w:bottom w:sz="3.199999999999818" w:val="single" w:color="#000000"/>
            </w:tcBorders>
          </w:tcPr>
          <w:p/>
        </w:tc>
      </w:tr>
      <w:tr>
        <w:trPr>
          <w:trHeight w:hRule="exact" w:val="450"/>
        </w:trPr>
        <w:tc>
          <w:tcPr>
            <w:tcW w:type="dxa" w:w="3128"/>
            <w:tcBorders>
              <w:top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24" w:after="0"/>
              <w:ind w:left="2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Supervisory </w:t>
            </w:r>
          </w:p>
        </w:tc>
        <w:tc>
          <w:tcPr>
            <w:tcW w:type="dxa" w:w="1260"/>
            <w:vMerge w:val="restart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vMerge w:val="restart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2880"/>
            <w:gridSpan w:val="2"/>
            <w:tcBorders>
              <w:top w:sz="3.199999999999818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2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Name &amp; title of </w:t>
            </w:r>
          </w:p>
        </w:tc>
        <w:tc>
          <w:tcPr>
            <w:tcW w:type="dxa" w:w="2796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170"/>
            <w:vMerge w:val="restart"/>
            <w:tcBorders>
              <w:top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30"/>
        </w:trPr>
        <w:tc>
          <w:tcPr>
            <w:tcW w:type="dxa" w:w="312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0" w:after="0"/>
              <w:ind w:left="2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responsibility </w:t>
            </w:r>
          </w:p>
        </w:tc>
        <w:tc>
          <w:tcPr>
            <w:tcW w:type="dxa" w:w="1398"/>
            <w:vMerge/>
            <w:tcBorders>
              <w:top w:sz="3.199999999999818" w:val="single" w:color="#000000"/>
              <w:bottom w:sz="4.0" w:val="single" w:color="#000000"/>
            </w:tcBorders>
          </w:tcPr>
          <w:p/>
        </w:tc>
        <w:tc>
          <w:tcPr>
            <w:tcW w:type="dxa" w:w="1398"/>
            <w:vMerge/>
            <w:tcBorders>
              <w:top w:sz="3.199999999999818" w:val="single" w:color="#000000"/>
              <w:bottom w:sz="4.0" w:val="single" w:color="#000000"/>
            </w:tcBorders>
          </w:tcPr>
          <w:p/>
        </w:tc>
        <w:tc>
          <w:tcPr>
            <w:tcW w:type="dxa" w:w="2880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immediate supervisor</w:t>
            </w:r>
          </w:p>
        </w:tc>
        <w:tc>
          <w:tcPr>
            <w:tcW w:type="dxa" w:w="2796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398"/>
            <w:vMerge/>
            <w:tcBorders>
              <w:top w:sz="3.199999999999818" w:val="single" w:color="#000000"/>
              <w:bottom w:sz="4.0" w:val="single" w:color="#000000"/>
            </w:tcBorders>
          </w:tcPr>
          <w:p/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9"/>
          <w:headerReference w:type="first" r:id="rId20"/>
          <w:footerReference w:type="default" r:id="rId10"/>
          <w:pgSz w:w="12240" w:h="15840"/>
          <w:pgMar w:top="1720" w:right="412" w:bottom="1440" w:left="644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40"/>
        <w:ind w:left="0" w:right="0"/>
      </w:pPr>
    </w:p>
    <w:p>
      <w:pPr>
        <w:widowControl/>
        <w:autoSpaceDE w:val="0"/>
        <w:autoSpaceDN w:val="0"/>
        <w:spacing w:line="174" w:lineRule="exact" w:before="0" w:after="0"/>
        <w:ind w:left="0" w:right="0"/>
      </w:pPr>
    </w:p>
    <w:tbl>
      <w:tblPr>
        <w:tblW w:type="auto" w:w="0"/>
        <w:tblInd w:w="172.00000000000003" w:type="dxa"/>
        <w:tblLayout w:type="fixed"/>
        <w:tblLook w:firstColumn="1" w:firstRow="1" w:lastColumn="0" w:lastRow="0" w:noHBand="0" w:noVBand="1" w:val="04A0"/>
      </w:tblPr>
      <w:tblGrid>
        <w:gridCol w:w="5455"/>
        <w:gridCol w:w="5455"/>
      </w:tblGrid>
      <w:tr>
        <w:trPr>
          <w:trHeight w:hRule="exact" w:val="520"/>
        </w:trPr>
        <w:tc>
          <w:tcPr>
            <w:tcW w:type="dxa" w:w="594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54" w:after="0"/>
              <w:ind w:left="188" w:right="4608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Supervisory </w:t>
            </w:r>
            <w:r>
              <w:br/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responsibility </w:t>
            </w:r>
          </w:p>
        </w:tc>
        <w:tc>
          <w:tcPr>
            <w:tcW w:type="dxa" w:w="477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8" w:lineRule="exact" w:before="54" w:after="0"/>
              <w:ind w:left="0" w:right="3024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Name &amp; title of </w:t>
            </w:r>
            <w:r>
              <w:br/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immediate supervisor</w:t>
            </w:r>
          </w:p>
        </w:tc>
      </w:tr>
    </w:tbl>
    <w:p>
      <w:pPr>
        <w:widowControl/>
        <w:autoSpaceDE w:val="0"/>
        <w:autoSpaceDN w:val="0"/>
        <w:spacing w:line="220" w:lineRule="exact" w:before="90" w:after="0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did you like most about your job? </w:t>
      </w:r>
    </w:p>
    <w:p>
      <w:pPr>
        <w:widowControl/>
        <w:autoSpaceDE w:val="0"/>
        <w:autoSpaceDN w:val="0"/>
        <w:spacing w:line="222" w:lineRule="exact" w:before="100" w:after="0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did you least enjoy? </w:t>
      </w:r>
    </w:p>
    <w:p>
      <w:pPr>
        <w:widowControl/>
        <w:autoSpaceDE w:val="0"/>
        <w:autoSpaceDN w:val="0"/>
        <w:spacing w:line="222" w:lineRule="exact" w:before="98" w:after="2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Reasons for leaving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2727"/>
        <w:gridCol w:w="2727"/>
        <w:gridCol w:w="2727"/>
        <w:gridCol w:w="2727"/>
      </w:tblGrid>
      <w:tr>
        <w:trPr>
          <w:trHeight w:hRule="exact" w:val="320"/>
        </w:trPr>
        <w:tc>
          <w:tcPr>
            <w:tcW w:type="dxa" w:w="20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86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>C.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Firm </w:t>
            </w:r>
          </w:p>
        </w:tc>
        <w:tc>
          <w:tcPr>
            <w:tcW w:type="dxa" w:w="342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104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Address </w:t>
            </w:r>
          </w:p>
        </w:tc>
        <w:tc>
          <w:tcPr>
            <w:tcW w:type="dxa" w:w="243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9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20"/>
        </w:trPr>
        <w:tc>
          <w:tcPr>
            <w:tcW w:type="dxa" w:w="20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36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City </w:t>
            </w:r>
          </w:p>
        </w:tc>
        <w:tc>
          <w:tcPr>
            <w:tcW w:type="dxa" w:w="342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36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State </w:t>
            </w:r>
          </w:p>
        </w:tc>
        <w:tc>
          <w:tcPr>
            <w:tcW w:type="dxa" w:w="243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139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Zip </w:t>
            </w:r>
          </w:p>
        </w:tc>
        <w:tc>
          <w:tcPr>
            <w:tcW w:type="dxa" w:w="29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5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Phone (        ) </w:t>
            </w:r>
          </w:p>
        </w:tc>
      </w:tr>
      <w:tr>
        <w:trPr>
          <w:trHeight w:hRule="exact" w:val="320"/>
        </w:trPr>
        <w:tc>
          <w:tcPr>
            <w:tcW w:type="dxa" w:w="20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Kind of business </w:t>
            </w:r>
          </w:p>
        </w:tc>
        <w:tc>
          <w:tcPr>
            <w:tcW w:type="dxa" w:w="342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43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48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Employed from </w:t>
            </w:r>
          </w:p>
        </w:tc>
        <w:tc>
          <w:tcPr>
            <w:tcW w:type="dxa" w:w="297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143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To </w:t>
            </w:r>
          </w:p>
        </w:tc>
      </w:tr>
    </w:tbl>
    <w:p>
      <w:pPr>
        <w:widowControl/>
        <w:autoSpaceDE w:val="0"/>
        <w:autoSpaceDN w:val="0"/>
        <w:spacing w:line="222" w:lineRule="exact" w:before="2" w:after="46"/>
        <w:ind w:left="0" w:right="446" w:firstLine="0"/>
        <w:jc w:val="righ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(show months as well as years) </w:t>
      </w:r>
    </w:p>
    <w:tbl>
      <w:tblPr>
        <w:tblW w:type="auto" w:w="0"/>
        <w:tblInd w:w="112.00000000000003" w:type="dxa"/>
        <w:tblLayout w:type="fixed"/>
        <w:tblLook w:firstColumn="1" w:firstRow="1" w:lastColumn="0" w:lastRow="0" w:noHBand="0" w:noVBand="1" w:val="04A0"/>
      </w:tblPr>
      <w:tblGrid>
        <w:gridCol w:w="1364"/>
        <w:gridCol w:w="1364"/>
        <w:gridCol w:w="1364"/>
        <w:gridCol w:w="1364"/>
        <w:gridCol w:w="1364"/>
        <w:gridCol w:w="1364"/>
        <w:gridCol w:w="1364"/>
        <w:gridCol w:w="1364"/>
      </w:tblGrid>
      <w:tr>
        <w:trPr>
          <w:trHeight w:hRule="exact" w:val="272"/>
        </w:trPr>
        <w:tc>
          <w:tcPr>
            <w:tcW w:type="dxa" w:w="312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880"/>
            <w:gridSpan w:val="2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51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Final total </w:t>
            </w:r>
          </w:p>
        </w:tc>
        <w:tc>
          <w:tcPr>
            <w:tcW w:type="dxa" w:w="57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Base </w:t>
            </w:r>
          </w:p>
        </w:tc>
        <w:tc>
          <w:tcPr>
            <w:tcW w:type="dxa" w:w="1318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4" w:after="0"/>
              <w:ind w:left="1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320"/>
        </w:trPr>
        <w:tc>
          <w:tcPr>
            <w:tcW w:type="dxa" w:w="312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728"/>
            <w:gridSpan w:val="2"/>
            <w:vMerge/>
            <w:tcBorders/>
          </w:tcPr>
          <w:p/>
        </w:tc>
        <w:tc>
          <w:tcPr>
            <w:tcW w:type="dxa" w:w="189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Bonus $ </w:t>
            </w:r>
          </w:p>
        </w:tc>
      </w:tr>
      <w:tr>
        <w:trPr>
          <w:trHeight w:hRule="exact" w:val="140"/>
        </w:trPr>
        <w:tc>
          <w:tcPr>
            <w:tcW w:type="dxa" w:w="3128"/>
            <w:vMerge w:val="restart"/>
            <w:tcBorders>
              <w:top w:sz="4.0" w:val="single" w:color="#000000"/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13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Title   </w:t>
            </w:r>
          </w:p>
        </w:tc>
        <w:tc>
          <w:tcPr>
            <w:tcW w:type="dxa" w:w="1260"/>
            <w:tcBorders>
              <w:top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Initial </w:t>
            </w:r>
          </w:p>
        </w:tc>
        <w:tc>
          <w:tcPr>
            <w:tcW w:type="dxa" w:w="1620"/>
            <w:vMerge w:val="restart"/>
            <w:tcBorders>
              <w:top w:sz="4.0" w:val="single" w:color="#000000"/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7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2728"/>
            <w:gridSpan w:val="2"/>
            <w:vMerge/>
            <w:tcBorders/>
          </w:tcPr>
          <w:p/>
        </w:tc>
        <w:tc>
          <w:tcPr>
            <w:tcW w:type="dxa" w:w="720"/>
            <w:gridSpan w:val="2"/>
            <w:vMerge w:val="restart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Other </w:t>
            </w:r>
          </w:p>
        </w:tc>
        <w:tc>
          <w:tcPr>
            <w:tcW w:type="dxa" w:w="1170"/>
            <w:vMerge w:val="restart"/>
            <w:tcBorders>
              <w:top w:sz="4.0" w:val="single" w:color="#000000"/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</w:tr>
      <w:tr>
        <w:trPr>
          <w:trHeight w:hRule="exact" w:val="240"/>
        </w:trPr>
        <w:tc>
          <w:tcPr>
            <w:tcW w:type="dxa" w:w="1364"/>
            <w:vMerge/>
            <w:tcBorders>
              <w:top w:sz="4.0" w:val="single" w:color="#000000"/>
              <w:bottom w:sz="3.2000000000000455" w:val="single" w:color="#000000"/>
            </w:tcBorders>
          </w:tcPr>
          <w:p/>
        </w:tc>
        <w:tc>
          <w:tcPr>
            <w:tcW w:type="dxa" w:w="1260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1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364"/>
            <w:vMerge/>
            <w:tcBorders>
              <w:top w:sz="4.0" w:val="single" w:color="#000000"/>
              <w:bottom w:sz="3.2000000000000455" w:val="single" w:color="#000000"/>
            </w:tcBorders>
          </w:tcPr>
          <w:p/>
        </w:tc>
        <w:tc>
          <w:tcPr>
            <w:tcW w:type="dxa" w:w="1192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12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688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0" w:after="0"/>
              <w:ind w:left="6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2728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364"/>
            <w:vMerge/>
            <w:tcBorders>
              <w:top w:sz="4.0" w:val="single" w:color="#000000"/>
              <w:bottom w:sz="3.2000000000000455" w:val="single" w:color="#000000"/>
            </w:tcBorders>
          </w:tcPr>
          <w:p/>
        </w:tc>
      </w:tr>
      <w:tr>
        <w:trPr>
          <w:trHeight w:hRule="exact" w:val="456"/>
        </w:trPr>
        <w:tc>
          <w:tcPr>
            <w:tcW w:type="dxa" w:w="3128"/>
            <w:tcBorders>
              <w:top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30" w:after="0"/>
              <w:ind w:left="2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Supervisory </w:t>
            </w:r>
          </w:p>
        </w:tc>
        <w:tc>
          <w:tcPr>
            <w:tcW w:type="dxa" w:w="1260"/>
            <w:vMerge w:val="restart"/>
            <w:tcBorders>
              <w:top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vMerge w:val="restart"/>
            <w:tcBorders>
              <w:top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2880"/>
            <w:gridSpan w:val="2"/>
            <w:tcBorders>
              <w:top w:sz="3.2000000000000455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3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Name &amp; title of </w:t>
            </w:r>
          </w:p>
        </w:tc>
        <w:tc>
          <w:tcPr>
            <w:tcW w:type="dxa" w:w="2728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170"/>
            <w:vMerge w:val="restart"/>
            <w:tcBorders>
              <w:top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44"/>
        </w:trPr>
        <w:tc>
          <w:tcPr>
            <w:tcW w:type="dxa" w:w="312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4" w:after="0"/>
              <w:ind w:left="24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responsibility </w:t>
            </w:r>
          </w:p>
        </w:tc>
        <w:tc>
          <w:tcPr>
            <w:tcW w:type="dxa" w:w="1364"/>
            <w:vMerge/>
            <w:tcBorders>
              <w:top w:sz="3.2000000000000455" w:val="single" w:color="#000000"/>
              <w:bottom w:sz="4.0" w:val="single" w:color="#000000"/>
            </w:tcBorders>
          </w:tcPr>
          <w:p/>
        </w:tc>
        <w:tc>
          <w:tcPr>
            <w:tcW w:type="dxa" w:w="1364"/>
            <w:vMerge/>
            <w:tcBorders>
              <w:top w:sz="3.2000000000000455" w:val="single" w:color="#000000"/>
              <w:bottom w:sz="4.0" w:val="single" w:color="#000000"/>
            </w:tcBorders>
          </w:tcPr>
          <w:p/>
        </w:tc>
        <w:tc>
          <w:tcPr>
            <w:tcW w:type="dxa" w:w="2880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immediate supervisor</w:t>
            </w:r>
          </w:p>
        </w:tc>
        <w:tc>
          <w:tcPr>
            <w:tcW w:type="dxa" w:w="2728"/>
            <w:gridSpan w:val="2"/>
            <w:vMerge/>
            <w:tcBorders>
              <w:top w:sz="4.0" w:val="single" w:color="#000000"/>
              <w:bottom w:sz="4.0" w:val="single" w:color="#000000"/>
            </w:tcBorders>
          </w:tcPr>
          <w:p/>
        </w:tc>
        <w:tc>
          <w:tcPr>
            <w:tcW w:type="dxa" w:w="1364"/>
            <w:vMerge/>
            <w:tcBorders>
              <w:top w:sz="3.2000000000000455" w:val="single" w:color="#000000"/>
              <w:bottom w:sz="4.0" w:val="single" w:color="#000000"/>
            </w:tcBorders>
          </w:tcPr>
          <w:p/>
        </w:tc>
      </w:tr>
    </w:tbl>
    <w:p>
      <w:pPr>
        <w:widowControl/>
        <w:autoSpaceDE w:val="0"/>
        <w:autoSpaceDN w:val="0"/>
        <w:spacing w:line="220" w:lineRule="exact" w:before="92" w:after="0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did you like most about your job? </w:t>
      </w:r>
    </w:p>
    <w:p>
      <w:pPr>
        <w:widowControl/>
        <w:autoSpaceDE w:val="0"/>
        <w:autoSpaceDN w:val="0"/>
        <w:spacing w:line="222" w:lineRule="exact" w:before="100" w:after="0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did you least enjoy? </w:t>
      </w:r>
    </w:p>
    <w:p>
      <w:pPr>
        <w:widowControl/>
        <w:autoSpaceDE w:val="0"/>
        <w:autoSpaceDN w:val="0"/>
        <w:spacing w:line="222" w:lineRule="exact" w:before="96" w:after="0"/>
        <w:ind w:left="36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Reasons for leaving </w:t>
      </w:r>
    </w:p>
    <w:p>
      <w:pPr>
        <w:widowControl/>
        <w:autoSpaceDE w:val="0"/>
        <w:autoSpaceDN w:val="0"/>
        <w:spacing w:line="222" w:lineRule="exact" w:before="378" w:after="2"/>
        <w:ind w:left="0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0"/>
        </w:rPr>
        <w:t xml:space="preserve">Other Positions held: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</w:tblGrid>
      <w:tr>
        <w:trPr>
          <w:trHeight w:hRule="exact" w:val="222"/>
        </w:trPr>
        <w:tc>
          <w:tcPr>
            <w:tcW w:type="dxa" w:w="952"/>
            <w:vMerge w:val="restart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92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 xml:space="preserve">D.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</w:t>
            </w:r>
          </w:p>
        </w:tc>
        <w:tc>
          <w:tcPr>
            <w:tcW w:type="dxa" w:w="2648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20" w:after="0"/>
              <w:ind w:left="59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Company </w:t>
            </w:r>
          </w:p>
        </w:tc>
        <w:tc>
          <w:tcPr>
            <w:tcW w:type="dxa" w:w="3992"/>
            <w:gridSpan w:val="2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13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Date (mo/yr) </w:t>
            </w:r>
          </w:p>
        </w:tc>
        <w:tc>
          <w:tcPr>
            <w:tcW w:type="dxa" w:w="1408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156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Compensation </w:t>
            </w:r>
          </w:p>
        </w:tc>
        <w:tc>
          <w:tcPr>
            <w:tcW w:type="dxa" w:w="1890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20" w:after="0"/>
              <w:ind w:left="35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Type of work </w:t>
            </w:r>
          </w:p>
        </w:tc>
      </w:tr>
      <w:tr>
        <w:trPr>
          <w:trHeight w:hRule="exact" w:val="220"/>
        </w:trPr>
        <w:tc>
          <w:tcPr>
            <w:tcW w:type="dxa" w:w="1818"/>
            <w:vMerge/>
            <w:tcBorders>
              <w:bottom w:sz="4.0" w:val="single" w:color="#000000"/>
            </w:tcBorders>
          </w:tcPr>
          <w:p/>
        </w:tc>
        <w:tc>
          <w:tcPr>
            <w:tcW w:type="dxa" w:w="1818"/>
            <w:vMerge/>
            <w:tcBorders/>
          </w:tcPr>
          <w:p/>
        </w:tc>
        <w:tc>
          <w:tcPr>
            <w:tcW w:type="dxa" w:w="2572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736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Your title </w:t>
            </w:r>
          </w:p>
        </w:tc>
        <w:tc>
          <w:tcPr>
            <w:tcW w:type="dxa" w:w="142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Began </w:t>
            </w:r>
          </w:p>
        </w:tc>
        <w:tc>
          <w:tcPr>
            <w:tcW w:type="dxa" w:w="1408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292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Initial </w:t>
            </w:r>
          </w:p>
        </w:tc>
        <w:tc>
          <w:tcPr>
            <w:tcW w:type="dxa" w:w="1818"/>
            <w:vMerge/>
            <w:tcBorders/>
          </w:tcPr>
          <w:p/>
        </w:tc>
      </w:tr>
      <w:tr>
        <w:trPr>
          <w:trHeight w:hRule="exact" w:val="240"/>
        </w:trPr>
        <w:tc>
          <w:tcPr>
            <w:tcW w:type="dxa" w:w="1818"/>
            <w:vMerge/>
            <w:tcBorders>
              <w:bottom w:sz="4.0" w:val="single" w:color="#000000"/>
            </w:tcBorders>
          </w:tcPr>
          <w:p/>
        </w:tc>
        <w:tc>
          <w:tcPr>
            <w:tcW w:type="dxa" w:w="2648"/>
            <w:vMerge w:val="restart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2" w:after="0"/>
              <w:ind w:left="0" w:right="1252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b. City </w:t>
            </w:r>
          </w:p>
        </w:tc>
        <w:tc>
          <w:tcPr>
            <w:tcW w:type="dxa" w:w="2572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416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b. Name of supervisor </w:t>
            </w:r>
          </w:p>
        </w:tc>
        <w:tc>
          <w:tcPr>
            <w:tcW w:type="dxa" w:w="142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b. Left </w:t>
            </w:r>
          </w:p>
        </w:tc>
        <w:tc>
          <w:tcPr>
            <w:tcW w:type="dxa" w:w="1408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0" w:right="302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B. Final </w:t>
            </w:r>
          </w:p>
        </w:tc>
        <w:tc>
          <w:tcPr>
            <w:tcW w:type="dxa" w:w="1890"/>
            <w:vMerge w:val="restart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2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b. Reason for leaving</w:t>
            </w:r>
          </w:p>
        </w:tc>
      </w:tr>
      <w:tr>
        <w:trPr>
          <w:trHeight w:hRule="exact" w:val="242"/>
        </w:trPr>
        <w:tc>
          <w:tcPr>
            <w:tcW w:type="dxa" w:w="1818"/>
            <w:vMerge/>
            <w:tcBorders>
              <w:bottom w:sz="4.0" w:val="single" w:color="#000000"/>
            </w:tcBorders>
          </w:tcPr>
          <w:p/>
        </w:tc>
        <w:tc>
          <w:tcPr>
            <w:tcW w:type="dxa" w:w="1818"/>
            <w:vMerge/>
            <w:tcBorders>
              <w:bottom w:sz="4.0" w:val="single" w:color="#000000"/>
            </w:tcBorders>
          </w:tcPr>
          <w:p/>
        </w:tc>
        <w:tc>
          <w:tcPr>
            <w:tcW w:type="dxa" w:w="5400"/>
            <w:gridSpan w:val="3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10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18"/>
            <w:vMerge/>
            <w:tcBorders>
              <w:bottom w:sz="4.0" w:val="single" w:color="#000000"/>
            </w:tcBorders>
          </w:tcPr>
          <w:p/>
        </w:tc>
      </w:tr>
      <w:tr>
        <w:trPr>
          <w:trHeight w:hRule="exact" w:val="240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" w:after="0"/>
              <w:ind w:left="20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b. 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16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78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 xml:space="preserve">E.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78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40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15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b. 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14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80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 xml:space="preserve">F.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80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40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15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b. 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16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80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 xml:space="preserve">G.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a.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280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42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" w:after="0"/>
              <w:ind w:left="15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b.  </w:t>
            </w:r>
          </w:p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5400"/>
            <w:gridSpan w:val="3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" w:after="0"/>
              <w:ind w:left="0" w:right="120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$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20"/>
        </w:trPr>
        <w:tc>
          <w:tcPr>
            <w:tcW w:type="dxa" w:w="95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648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2" w:after="0"/>
              <w:ind w:left="48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Indicate by letter </w:t>
            </w:r>
          </w:p>
        </w:tc>
        <w:tc>
          <w:tcPr>
            <w:tcW w:type="dxa" w:w="5400"/>
            <w:gridSpan w:val="3"/>
            <w:vMerge w:val="restart"/>
            <w:tcBorders>
              <w:top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2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any of the above employers you do not wish contacted. </w:t>
            </w:r>
          </w:p>
        </w:tc>
        <w:tc>
          <w:tcPr>
            <w:tcW w:type="dxa" w:w="1890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0"/>
        </w:trPr>
        <w:tc>
          <w:tcPr>
            <w:tcW w:type="dxa" w:w="952"/>
            <w:tcBorders>
              <w:top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48"/>
            <w:tcBorders>
              <w:top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454"/>
            <w:gridSpan w:val="3"/>
            <w:vMerge/>
            <w:tcBorders>
              <w:top w:sz="4.0" w:val="single" w:color="#000000"/>
            </w:tcBorders>
          </w:tcPr>
          <w:p/>
        </w:tc>
        <w:tc>
          <w:tcPr>
            <w:tcW w:type="dxa" w:w="1890"/>
            <w:tcBorders>
              <w:top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6" w:lineRule="exact" w:before="238" w:after="256"/>
        <w:ind w:left="0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II.  MILITARY EXPERIENCE: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3637"/>
        <w:gridCol w:w="3637"/>
        <w:gridCol w:w="3637"/>
      </w:tblGrid>
      <w:tr>
        <w:trPr>
          <w:trHeight w:hRule="exact" w:val="290"/>
        </w:trPr>
        <w:tc>
          <w:tcPr>
            <w:tcW w:type="dxa" w:w="504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If in service, indicate branch </w:t>
            </w:r>
          </w:p>
        </w:tc>
        <w:tc>
          <w:tcPr>
            <w:tcW w:type="dxa" w:w="288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Date (mo/yr) entered </w:t>
            </w:r>
          </w:p>
        </w:tc>
        <w:tc>
          <w:tcPr>
            <w:tcW w:type="dxa" w:w="297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Date (mo/yr) discharged </w:t>
            </w:r>
          </w:p>
        </w:tc>
      </w:tr>
    </w:tbl>
    <w:p>
      <w:pPr>
        <w:widowControl/>
        <w:autoSpaceDE w:val="0"/>
        <w:autoSpaceDN w:val="0"/>
        <w:spacing w:line="222" w:lineRule="exact" w:before="90" w:after="2"/>
        <w:ind w:left="0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Nature of duties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5455"/>
        <w:gridCol w:w="5455"/>
      </w:tblGrid>
      <w:tr>
        <w:trPr>
          <w:trHeight w:hRule="exact" w:val="320"/>
        </w:trPr>
        <w:tc>
          <w:tcPr>
            <w:tcW w:type="dxa" w:w="5040"/>
            <w:tcBorders>
              <w:top w:sz="4.0" w:val="single" w:color="#000000"/>
              <w:bottom w:sz="3.2000000000007276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Highest rank or grade </w:t>
            </w:r>
          </w:p>
        </w:tc>
        <w:tc>
          <w:tcPr>
            <w:tcW w:type="dxa" w:w="5850"/>
            <w:tcBorders>
              <w:top w:sz="4.0" w:val="single" w:color="#000000"/>
              <w:bottom w:sz="3.2000000000007276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6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Terminal rank or grade </w:t>
            </w:r>
          </w:p>
        </w:tc>
      </w:tr>
    </w:tbl>
    <w:p>
      <w:pPr>
        <w:widowControl/>
        <w:autoSpaceDE w:val="0"/>
        <w:autoSpaceDN w:val="0"/>
        <w:spacing w:line="266" w:lineRule="exact" w:before="364" w:after="44"/>
        <w:ind w:left="0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>III.  EDUCATION: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2727"/>
        <w:gridCol w:w="2727"/>
        <w:gridCol w:w="2727"/>
        <w:gridCol w:w="2727"/>
      </w:tblGrid>
      <w:tr>
        <w:trPr>
          <w:trHeight w:hRule="exact" w:val="290"/>
        </w:trPr>
        <w:tc>
          <w:tcPr>
            <w:tcW w:type="dxa" w:w="7812"/>
            <w:gridSpan w:val="3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2" w:after="0"/>
              <w:ind w:left="0" w:right="92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High School 1  2  3  4   College/Graduate School 1  2  3  4  5  6  7  8 </w:t>
            </w:r>
          </w:p>
        </w:tc>
        <w:tc>
          <w:tcPr>
            <w:tcW w:type="dxa" w:w="3078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2" w:after="0"/>
              <w:ind w:left="10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(Circle highest grade completed) </w:t>
            </w:r>
          </w:p>
        </w:tc>
      </w:tr>
      <w:tr>
        <w:trPr>
          <w:trHeight w:hRule="exact" w:val="292"/>
        </w:trPr>
        <w:tc>
          <w:tcPr>
            <w:tcW w:type="dxa" w:w="4252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4" w:lineRule="exact" w:before="62" w:after="0"/>
              <w:ind w:left="0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0"/>
              </w:rPr>
              <w:t xml:space="preserve">A. High School </w:t>
            </w: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Name of High School </w:t>
            </w:r>
          </w:p>
        </w:tc>
        <w:tc>
          <w:tcPr>
            <w:tcW w:type="dxa" w:w="6638"/>
            <w:gridSpan w:val="2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2" w:after="0"/>
              <w:ind w:left="0" w:right="274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Location  </w:t>
            </w:r>
          </w:p>
        </w:tc>
      </w:tr>
      <w:tr>
        <w:trPr>
          <w:trHeight w:hRule="exact" w:val="333"/>
        </w:trPr>
        <w:tc>
          <w:tcPr>
            <w:tcW w:type="dxa" w:w="4252"/>
            <w:gridSpan w:val="2"/>
            <w:tcBorders>
              <w:top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Approximate number in graduating class </w:t>
            </w:r>
          </w:p>
        </w:tc>
        <w:tc>
          <w:tcPr>
            <w:tcW w:type="dxa" w:w="6638"/>
            <w:gridSpan w:val="2"/>
            <w:tcBorders>
              <w:top w:sz="4.0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84" w:after="0"/>
              <w:ind w:left="78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Rank from the top </w:t>
            </w:r>
          </w:p>
        </w:tc>
      </w:tr>
      <w:tr>
        <w:trPr>
          <w:trHeight w:hRule="exact" w:val="307"/>
        </w:trPr>
        <w:tc>
          <w:tcPr>
            <w:tcW w:type="dxa" w:w="333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74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Final grade point average </w:t>
            </w:r>
          </w:p>
        </w:tc>
        <w:tc>
          <w:tcPr>
            <w:tcW w:type="dxa" w:w="922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0" w:after="0"/>
              <w:ind w:left="9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(A  =  </w:t>
            </w:r>
          </w:p>
        </w:tc>
        <w:tc>
          <w:tcPr>
            <w:tcW w:type="dxa" w:w="6638"/>
            <w:gridSpan w:val="2"/>
            <w:vMerge w:val="restart"/>
            <w:tcBorders/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0" w:after="0"/>
              <w:ind w:left="272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) </w:t>
            </w:r>
          </w:p>
        </w:tc>
      </w:tr>
      <w:tr>
        <w:trPr>
          <w:trHeight w:hRule="exact" w:val="32"/>
        </w:trPr>
        <w:tc>
          <w:tcPr>
            <w:tcW w:type="dxa" w:w="3330"/>
            <w:tcBorders>
              <w:top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727"/>
            <w:vMerge/>
            <w:tcBorders/>
          </w:tcPr>
          <w:p/>
        </w:tc>
        <w:tc>
          <w:tcPr>
            <w:tcW w:type="dxa" w:w="5454"/>
            <w:gridSpan w:val="2"/>
            <w:vMerge/>
            <w:tcBorders/>
          </w:tcPr>
          <w:p/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11"/>
          <w:footerReference w:type="default" r:id="rId12"/>
          <w:pgSz w:w="12240" w:h="15840"/>
          <w:pgMar w:top="1720" w:right="682" w:bottom="1440" w:left="648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40"/>
        <w:ind w:left="0" w:right="0"/>
      </w:pPr>
    </w:p>
    <w:p>
      <w:pPr>
        <w:widowControl/>
        <w:autoSpaceDE w:val="0"/>
        <w:autoSpaceDN w:val="0"/>
        <w:spacing w:line="220" w:lineRule="exact" w:before="39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Extracurricular activities </w:t>
      </w:r>
    </w:p>
    <w:p>
      <w:pPr>
        <w:widowControl/>
        <w:autoSpaceDE w:val="0"/>
        <w:autoSpaceDN w:val="0"/>
        <w:spacing w:line="222" w:lineRule="exact" w:before="490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Offices, honors/awards </w:t>
      </w:r>
    </w:p>
    <w:p>
      <w:pPr>
        <w:widowControl/>
        <w:autoSpaceDE w:val="0"/>
        <w:autoSpaceDN w:val="0"/>
        <w:spacing w:line="222" w:lineRule="exact" w:before="24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Part-time and summer work </w:t>
      </w:r>
    </w:p>
    <w:p>
      <w:pPr>
        <w:widowControl/>
        <w:autoSpaceDE w:val="0"/>
        <w:autoSpaceDN w:val="0"/>
        <w:spacing w:line="310" w:lineRule="exact" w:before="346" w:after="266"/>
        <w:ind w:left="0" w:right="0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28"/>
        </w:rPr>
        <w:t xml:space="preserve">College/Graduate School </w:t>
      </w:r>
    </w:p>
    <w:tbl>
      <w:tblPr>
        <w:tblW w:type="auto" w:w="0"/>
        <w:tblInd w:w="3446.0" w:type="dxa"/>
        <w:tblLayout w:type="fixed"/>
        <w:tblLook w:firstColumn="1" w:firstRow="1" w:lastColumn="0" w:lastRow="0" w:noHBand="0" w:noVBand="1" w:val="04A0"/>
      </w:tblPr>
      <w:tblGrid>
        <w:gridCol w:w="3643"/>
        <w:gridCol w:w="3643"/>
        <w:gridCol w:w="3643"/>
      </w:tblGrid>
      <w:tr>
        <w:trPr>
          <w:trHeight w:hRule="exact" w:val="282"/>
        </w:trPr>
        <w:tc>
          <w:tcPr>
            <w:tcW w:type="dxa" w:w="416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98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Grade </w:t>
            </w:r>
          </w:p>
        </w:tc>
        <w:tc>
          <w:tcPr>
            <w:tcW w:type="dxa" w:w="94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116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Total </w:t>
            </w:r>
          </w:p>
        </w:tc>
        <w:tc>
          <w:tcPr>
            <w:tcW w:type="dxa" w:w="208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Extracurricular </w:t>
            </w:r>
          </w:p>
        </w:tc>
      </w:tr>
      <w:tr>
        <w:trPr>
          <w:trHeight w:hRule="exact" w:val="220"/>
        </w:trPr>
        <w:tc>
          <w:tcPr>
            <w:tcW w:type="dxa" w:w="416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136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point </w:t>
            </w:r>
          </w:p>
        </w:tc>
        <w:tc>
          <w:tcPr>
            <w:tcW w:type="dxa" w:w="94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10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credit </w:t>
            </w:r>
          </w:p>
        </w:tc>
        <w:tc>
          <w:tcPr>
            <w:tcW w:type="dxa" w:w="208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activities, honors </w:t>
            </w:r>
          </w:p>
        </w:tc>
      </w:tr>
      <w:tr>
        <w:trPr>
          <w:trHeight w:hRule="exact" w:val="244"/>
        </w:trPr>
        <w:tc>
          <w:tcPr>
            <w:tcW w:type="dxa" w:w="416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0" w:right="80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average</w:t>
            </w:r>
          </w:p>
        </w:tc>
        <w:tc>
          <w:tcPr>
            <w:tcW w:type="dxa" w:w="94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106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hours </w:t>
            </w:r>
          </w:p>
        </w:tc>
        <w:tc>
          <w:tcPr>
            <w:tcW w:type="dxa" w:w="2080"/>
            <w:tcBorders/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and awards </w:t>
            </w:r>
          </w:p>
        </w:tc>
      </w:tr>
    </w:tbl>
    <w:p>
      <w:pPr>
        <w:widowControl/>
        <w:autoSpaceDE w:val="0"/>
        <w:autoSpaceDN w:val="0"/>
        <w:spacing w:line="222" w:lineRule="exact" w:before="4" w:after="4"/>
        <w:ind w:left="0" w:right="7038" w:firstLine="0"/>
        <w:jc w:val="righ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Dates </w:t>
      </w:r>
    </w:p>
    <w:tbl>
      <w:tblPr>
        <w:tblW w:type="auto" w:w="0"/>
        <w:tblInd w:w="346.0" w:type="dxa"/>
        <w:tblLayout w:type="fixed"/>
        <w:tblLook w:firstColumn="1" w:firstRow="1" w:lastColumn="0" w:lastRow="0" w:noHBand="0" w:noVBand="1" w:val="04A0"/>
      </w:tblPr>
      <w:tblGrid>
        <w:gridCol w:w="2186"/>
        <w:gridCol w:w="2186"/>
        <w:gridCol w:w="2186"/>
        <w:gridCol w:w="2186"/>
        <w:gridCol w:w="2186"/>
      </w:tblGrid>
      <w:tr>
        <w:trPr>
          <w:trHeight w:hRule="exact" w:val="286"/>
        </w:trPr>
        <w:tc>
          <w:tcPr>
            <w:tcW w:type="dxa" w:w="23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Name and location </w:t>
            </w:r>
          </w:p>
        </w:tc>
        <w:tc>
          <w:tcPr>
            <w:tcW w:type="dxa" w:w="10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0" w:right="166" w:firstLine="0"/>
              <w:jc w:val="righ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From </w:t>
            </w:r>
          </w:p>
        </w:tc>
        <w:tc>
          <w:tcPr>
            <w:tcW w:type="dxa" w:w="6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To </w:t>
            </w:r>
          </w:p>
        </w:tc>
        <w:tc>
          <w:tcPr>
            <w:tcW w:type="dxa" w:w="12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23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Degree </w:t>
            </w:r>
          </w:p>
        </w:tc>
        <w:tc>
          <w:tcPr>
            <w:tcW w:type="dxa" w:w="31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4" w:after="0"/>
              <w:ind w:left="344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Major </w:t>
            </w:r>
          </w:p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13.999999999999986" w:type="dxa"/>
        <w:tblLayout w:type="fixed"/>
        <w:tblLook w:firstColumn="1" w:firstRow="1" w:lastColumn="0" w:lastRow="0" w:noHBand="0" w:noVBand="1" w:val="04A0"/>
      </w:tblPr>
      <w:tblGrid>
        <w:gridCol w:w="1366"/>
        <w:gridCol w:w="1366"/>
        <w:gridCol w:w="1366"/>
        <w:gridCol w:w="1366"/>
        <w:gridCol w:w="1366"/>
        <w:gridCol w:w="1366"/>
        <w:gridCol w:w="1366"/>
        <w:gridCol w:w="1366"/>
      </w:tblGrid>
      <w:tr>
        <w:trPr>
          <w:trHeight w:hRule="exact" w:val="940"/>
        </w:trPr>
        <w:tc>
          <w:tcPr>
            <w:tcW w:type="dxa" w:w="2880"/>
            <w:tcBorders>
              <w:start w:sz="3.1999999999999886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3.2000000000000455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706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(A=___)</w:t>
            </w:r>
          </w:p>
        </w:tc>
        <w:tc>
          <w:tcPr>
            <w:tcW w:type="dxa" w:w="72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61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0"/>
        </w:trPr>
        <w:tc>
          <w:tcPr>
            <w:tcW w:type="dxa" w:w="2880"/>
            <w:tcBorders>
              <w:start w:sz="3.1999999999999886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3.2000000000000455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708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(A=___)</w:t>
            </w:r>
          </w:p>
        </w:tc>
        <w:tc>
          <w:tcPr>
            <w:tcW w:type="dxa" w:w="720"/>
            <w:tcBorders>
              <w:start w:sz="3.200000000000273" w:val="single" w:color="#000000"/>
              <w:top w:sz="4.0" w:val="single" w:color="#000000"/>
              <w:end w:sz="3.200000000000273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61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0"/>
        </w:trPr>
        <w:tc>
          <w:tcPr>
            <w:tcW w:type="dxa" w:w="2880"/>
            <w:tcBorders>
              <w:start w:sz="3.1999999999999886" w:val="single" w:color="#000000"/>
              <w:top w:sz="3.200000000000273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3.200000000000273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0455" w:val="single" w:color="#000000"/>
              <w:top w:sz="3.200000000000273" w:val="single" w:color="#000000"/>
              <w:end w:sz="3.2000000000000455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3.2000000000000455" w:val="single" w:color="#000000"/>
              <w:top w:sz="3.200000000000273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3.200000000000273" w:val="single" w:color="#000000"/>
              <w:top w:sz="3.200000000000273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3.200000000000273" w:val="single" w:color="#000000"/>
              <w:top w:sz="3.200000000000273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706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>(A=___)</w:t>
            </w:r>
          </w:p>
        </w:tc>
        <w:tc>
          <w:tcPr>
            <w:tcW w:type="dxa" w:w="720"/>
            <w:tcBorders>
              <w:start w:sz="3.200000000000273" w:val="single" w:color="#000000"/>
              <w:top w:sz="3.200000000000273" w:val="single" w:color="#000000"/>
              <w:end w:sz="3.200000000000273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610"/>
            <w:tcBorders>
              <w:start w:sz="3.200000000000273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22" w:lineRule="exact" w:before="39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undergraduate courses did you like most?  Why? </w:t>
      </w:r>
    </w:p>
    <w:p>
      <w:pPr>
        <w:widowControl/>
        <w:autoSpaceDE w:val="0"/>
        <w:autoSpaceDN w:val="0"/>
        <w:spacing w:line="222" w:lineRule="exact" w:before="408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>What undergraduate courses did you like least?  Why?</w:t>
      </w:r>
    </w:p>
    <w:p>
      <w:pPr>
        <w:widowControl/>
        <w:autoSpaceDE w:val="0"/>
        <w:autoSpaceDN w:val="0"/>
        <w:spacing w:line="222" w:lineRule="exact" w:before="408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How was your education financed? </w:t>
      </w:r>
    </w:p>
    <w:p>
      <w:pPr>
        <w:widowControl/>
        <w:autoSpaceDE w:val="0"/>
        <w:autoSpaceDN w:val="0"/>
        <w:spacing w:line="222" w:lineRule="exact" w:before="408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Part-time and summer work </w:t>
      </w:r>
    </w:p>
    <w:p>
      <w:pPr>
        <w:widowControl/>
        <w:autoSpaceDE w:val="0"/>
        <w:autoSpaceDN w:val="0"/>
        <w:spacing w:line="222" w:lineRule="exact" w:before="418" w:after="4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Other courses, seminars, or studies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5464"/>
        <w:gridCol w:w="5464"/>
      </w:tblGrid>
      <w:tr>
        <w:trPr>
          <w:trHeight w:hRule="exact" w:val="1016"/>
        </w:trPr>
        <w:tc>
          <w:tcPr>
            <w:tcW w:type="dxa" w:w="526"/>
            <w:tcBorders>
              <w:top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684" w:after="0"/>
              <w:ind w:left="14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4"/>
              </w:rPr>
              <w:t>IV.</w:t>
            </w:r>
          </w:p>
        </w:tc>
        <w:tc>
          <w:tcPr>
            <w:tcW w:type="dxa" w:w="10378"/>
            <w:tcBorders>
              <w:top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6" w:lineRule="exact" w:before="684" w:after="0"/>
              <w:ind w:left="208" w:right="0" w:firstLine="0"/>
              <w:jc w:val="left"/>
            </w:pPr>
            <w:r>
              <w:rPr>
                <w:rFonts w:ascii="TimesNewRomanPS" w:hAnsi="TimesNewRomanPS" w:eastAsia="TimesNewRomanPS"/>
                <w:b/>
                <w:i w:val="0"/>
                <w:color w:val="000000"/>
                <w:sz w:val="24"/>
              </w:rPr>
              <w:t xml:space="preserve">ACTIVITIES: </w:t>
            </w:r>
          </w:p>
        </w:tc>
      </w:tr>
    </w:tbl>
    <w:p>
      <w:pPr>
        <w:widowControl/>
        <w:autoSpaceDE w:val="0"/>
        <w:autoSpaceDN w:val="0"/>
        <w:spacing w:line="222" w:lineRule="exact" w:before="37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Membership in professional or job-relevant organizations (You may exclude groups that indicate race, color, religion, national origin, </w:t>
      </w:r>
    </w:p>
    <w:p>
      <w:pPr>
        <w:widowControl/>
        <w:autoSpaceDE w:val="0"/>
        <w:autoSpaceDN w:val="0"/>
        <w:spacing w:line="222" w:lineRule="exact" w:before="88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disability, or other protected status.) </w:t>
      </w:r>
    </w:p>
    <w:p>
      <w:pPr>
        <w:widowControl/>
        <w:autoSpaceDE w:val="0"/>
        <w:autoSpaceDN w:val="0"/>
        <w:spacing w:line="220" w:lineRule="exact" w:before="1050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Publications, patents, inventions, professional licenses, or additional special honors or awards </w:t>
      </w:r>
    </w:p>
    <w:p>
      <w:pPr>
        <w:sectPr>
          <w:headerReference w:type="default" r:id="rId13"/>
          <w:footerReference w:type="default" r:id="rId14"/>
          <w:pgSz w:w="12240" w:h="15840"/>
          <w:pgMar w:top="1720" w:right="678" w:bottom="1440" w:left="634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40"/>
        <w:ind w:left="0" w:right="0"/>
      </w:pPr>
    </w:p>
    <w:p>
      <w:pPr>
        <w:widowControl/>
        <w:autoSpaceDE w:val="0"/>
        <w:autoSpaceDN w:val="0"/>
        <w:spacing w:line="222" w:lineRule="exact" w:before="8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What qualifications, abilities, and strong points will help you succeed in this job? </w:t>
      </w:r>
    </w:p>
    <w:p>
      <w:pPr>
        <w:widowControl/>
        <w:autoSpaceDE w:val="0"/>
        <w:autoSpaceDN w:val="0"/>
        <w:spacing w:line="220" w:lineRule="exact" w:before="1048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are your weak points and areas for improvement? </w:t>
      </w:r>
    </w:p>
    <w:p>
      <w:pPr>
        <w:widowControl/>
        <w:autoSpaceDE w:val="0"/>
        <w:autoSpaceDN w:val="0"/>
        <w:spacing w:line="266" w:lineRule="exact" w:before="1296" w:after="336"/>
        <w:ind w:left="14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V.  CAREER NEEDS: </w:t>
      </w:r>
    </w:p>
    <w:tbl>
      <w:tblPr>
        <w:tblW w:type="auto" w:w="0"/>
        <w:tblInd w:w="6.000000000000014" w:type="dxa"/>
        <w:tblLayout w:type="fixed"/>
        <w:tblLook w:firstColumn="1" w:firstRow="1" w:lastColumn="0" w:lastRow="0" w:noHBand="0" w:noVBand="1" w:val="04A0"/>
      </w:tblPr>
      <w:tblGrid>
        <w:gridCol w:w="2731"/>
        <w:gridCol w:w="2731"/>
        <w:gridCol w:w="2731"/>
        <w:gridCol w:w="2731"/>
      </w:tblGrid>
      <w:tr>
        <w:trPr>
          <w:trHeight w:hRule="exact" w:val="288"/>
        </w:trPr>
        <w:tc>
          <w:tcPr>
            <w:tcW w:type="dxa" w:w="1720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0" w:right="0" w:firstLine="0"/>
              <w:jc w:val="center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Willing to relocate? </w:t>
            </w:r>
          </w:p>
        </w:tc>
        <w:tc>
          <w:tcPr>
            <w:tcW w:type="dxa" w:w="808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8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Yes </w:t>
            </w:r>
          </w:p>
        </w:tc>
        <w:tc>
          <w:tcPr>
            <w:tcW w:type="dxa" w:w="720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No </w:t>
            </w:r>
          </w:p>
        </w:tc>
        <w:tc>
          <w:tcPr>
            <w:tcW w:type="dxa" w:w="7650"/>
            <w:tcBorders>
              <w:bottom w:sz="3.2000000000000455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If no, explain </w:t>
            </w:r>
          </w:p>
        </w:tc>
      </w:tr>
    </w:tbl>
    <w:p>
      <w:pPr>
        <w:widowControl/>
        <w:autoSpaceDE w:val="0"/>
        <w:autoSpaceDN w:val="0"/>
        <w:spacing w:line="222" w:lineRule="exact" w:before="92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Amount of overnight travel acceptable </w:t>
      </w:r>
    </w:p>
    <w:p>
      <w:pPr>
        <w:widowControl/>
        <w:autoSpaceDE w:val="0"/>
        <w:autoSpaceDN w:val="0"/>
        <w:spacing w:line="222" w:lineRule="exact" w:before="96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What are your career objectives? </w:t>
      </w:r>
    </w:p>
    <w:p>
      <w:pPr>
        <w:widowControl/>
        <w:autoSpaceDE w:val="0"/>
        <w:autoSpaceDN w:val="0"/>
        <w:spacing w:line="266" w:lineRule="exact" w:before="1018" w:after="336"/>
        <w:ind w:left="14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VI.  OTHER: </w:t>
      </w:r>
    </w:p>
    <w:tbl>
      <w:tblPr>
        <w:tblW w:type="auto" w:w="0"/>
        <w:tblInd w:w="6.000000000000014" w:type="dxa"/>
        <w:tblLayout w:type="fixed"/>
        <w:tblLook w:firstColumn="1" w:firstRow="1" w:lastColumn="0" w:lastRow="0" w:noHBand="0" w:noVBand="1" w:val="04A0"/>
      </w:tblPr>
      <w:tblGrid>
        <w:gridCol w:w="3641"/>
        <w:gridCol w:w="3641"/>
        <w:gridCol w:w="3641"/>
      </w:tblGrid>
      <w:tr>
        <w:trPr>
          <w:trHeight w:hRule="exact" w:val="290"/>
        </w:trPr>
        <w:tc>
          <w:tcPr>
            <w:tcW w:type="dxa" w:w="626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Do you have the legal right to work for any employer in the United States? </w:t>
            </w:r>
          </w:p>
        </w:tc>
        <w:tc>
          <w:tcPr>
            <w:tcW w:type="dxa" w:w="948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22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Yes </w:t>
            </w:r>
          </w:p>
        </w:tc>
        <w:tc>
          <w:tcPr>
            <w:tcW w:type="dxa" w:w="720"/>
            <w:tcBorders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2" w:lineRule="exact" w:before="60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No </w:t>
            </w:r>
          </w:p>
        </w:tc>
      </w:tr>
      <w:tr>
        <w:trPr>
          <w:trHeight w:hRule="exact" w:val="320"/>
        </w:trPr>
        <w:tc>
          <w:tcPr>
            <w:tcW w:type="dxa" w:w="7208"/>
            <w:gridSpan w:val="2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8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Have you ever been convicted of a crime (other than a minor traffic violation)? Yes </w:t>
            </w:r>
          </w:p>
        </w:tc>
        <w:tc>
          <w:tcPr>
            <w:tcW w:type="dxa" w:w="720"/>
            <w:tcBorders>
              <w:top w:sz="4.0" w:val="single" w:color="#000000"/>
              <w:bottom w:sz="3.199999999999818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88" w:after="0"/>
              <w:ind w:left="0" w:right="0" w:firstLine="0"/>
              <w:jc w:val="left"/>
            </w:pPr>
            <w:r>
              <w:rPr>
                <w:rFonts w:ascii="TimesNewRomanPSMT" w:hAnsi="TimesNewRomanPSMT" w:eastAsia="TimesNewRomanPSMT"/>
                <w:b w:val="0"/>
                <w:i w:val="0"/>
                <w:color w:val="000000"/>
                <w:sz w:val="20"/>
              </w:rPr>
              <w:t xml:space="preserve"> No </w:t>
            </w:r>
          </w:p>
        </w:tc>
      </w:tr>
    </w:tbl>
    <w:p>
      <w:pPr>
        <w:widowControl/>
        <w:autoSpaceDE w:val="0"/>
        <w:autoSpaceDN w:val="0"/>
        <w:spacing w:line="222" w:lineRule="exact" w:before="92" w:after="0"/>
        <w:ind w:left="1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If so, explain </w:t>
      </w:r>
    </w:p>
    <w:p>
      <w:pPr>
        <w:widowControl/>
        <w:autoSpaceDE w:val="0"/>
        <w:autoSpaceDN w:val="0"/>
        <w:spacing w:line="276" w:lineRule="exact" w:before="960" w:after="0"/>
        <w:ind w:left="1814" w:right="1994" w:firstLine="0"/>
        <w:jc w:val="both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I certify that answers given in this Topgrading Career History Form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are true, accurate and complete to the best of my knowledge.  I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authorize investigation into all statements I have made on this Form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as may be necessary for reaching an employment decision. </w:t>
      </w:r>
    </w:p>
    <w:p>
      <w:pPr>
        <w:widowControl/>
        <w:autoSpaceDE w:val="0"/>
        <w:autoSpaceDN w:val="0"/>
        <w:spacing w:line="276" w:lineRule="exact" w:before="276" w:after="0"/>
        <w:ind w:left="1814" w:right="1992" w:firstLine="0"/>
        <w:jc w:val="both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In the event I am employed, I understand that any false or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misleading information I knowingly provided in my Career History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Form or interview(s) may result in discharge and/or legal action.  I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understand also that if employed, I am required to abide by all rules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and regulations of the employer and any special agreements reached 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>between the employer and me.</w:t>
      </w:r>
    </w:p>
    <w:p>
      <w:pPr>
        <w:widowControl/>
        <w:autoSpaceDE w:val="0"/>
        <w:autoSpaceDN w:val="0"/>
        <w:spacing w:line="222" w:lineRule="exact" w:before="696" w:after="0"/>
        <w:ind w:left="0" w:right="5006" w:firstLine="0"/>
        <w:jc w:val="right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Signature </w:t>
      </w:r>
    </w:p>
    <w:p>
      <w:pPr>
        <w:widowControl/>
        <w:autoSpaceDE w:val="0"/>
        <w:autoSpaceDN w:val="0"/>
        <w:spacing w:line="222" w:lineRule="exact" w:before="698" w:after="0"/>
        <w:ind w:left="0" w:right="0" w:firstLine="0"/>
        <w:jc w:val="center"/>
      </w:pPr>
      <w:r>
        <w:rPr>
          <w:rFonts w:ascii="TimesNewRomanPSMT" w:hAnsi="TimesNewRomanPSMT" w:eastAsia="TimesNewRomanPSMT"/>
          <w:b w:val="0"/>
          <w:i w:val="0"/>
          <w:color w:val="000000"/>
          <w:sz w:val="20"/>
        </w:rPr>
        <w:t xml:space="preserve"> Date </w:t>
      </w:r>
    </w:p>
    <w:p>
      <w:pPr>
        <w:sectPr>
          <w:headerReference w:type="default" r:id="rId15"/>
          <w:footerReference w:type="default" r:id="rId16"/>
          <w:pgSz w:w="12240" w:h="15840"/>
          <w:pgMar w:top="1720" w:right="682" w:bottom="1440" w:left="634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490"/>
        <w:ind w:left="0" w:right="0"/>
      </w:pPr>
    </w:p>
    <w:p>
      <w:pPr>
        <w:widowControl/>
        <w:autoSpaceDE w:val="0"/>
        <w:autoSpaceDN w:val="0"/>
        <w:spacing w:line="272" w:lineRule="exact" w:before="0" w:after="0"/>
        <w:ind w:left="0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</w:rPr>
        <w:t>C</w:t>
      </w:r>
      <w:r>
        <w:rPr>
          <w:rFonts w:ascii="TimesNewRomanPS" w:hAnsi="TimesNewRomanPS" w:eastAsia="TimesNewRomanPS"/>
          <w:b/>
          <w:i w:val="0"/>
          <w:color w:val="000000"/>
          <w:sz w:val="19"/>
        </w:rPr>
        <w:t>OMMUNICATION IS CRUCIAL TO SUCCESS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>.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>A</w:t>
      </w:r>
      <w:r>
        <w:rPr>
          <w:rFonts w:ascii="TimesNewRomanPS" w:hAnsi="TimesNewRomanPS" w:eastAsia="TimesNewRomanPS"/>
          <w:b/>
          <w:i w:val="0"/>
          <w:color w:val="000000"/>
          <w:sz w:val="19"/>
        </w:rPr>
        <w:t xml:space="preserve">S SUCH IT IS IMPORTANT THAT OUR CANDIDATES HAVE </w:t>
      </w:r>
      <w:r>
        <w:rPr>
          <w:rFonts w:ascii="TimesNewRomanPS" w:hAnsi="TimesNewRomanPS" w:eastAsia="TimesNewRomanPS"/>
          <w:b/>
          <w:i w:val="0"/>
          <w:color w:val="000000"/>
          <w:sz w:val="19"/>
        </w:rPr>
        <w:t>CLEAR AND CONCISE WRITING SKILLS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>.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>W</w:t>
      </w:r>
      <w:r>
        <w:rPr>
          <w:rFonts w:ascii="TimesNewRomanPS" w:hAnsi="TimesNewRomanPS" w:eastAsia="TimesNewRomanPS"/>
          <w:b/>
          <w:i w:val="0"/>
          <w:color w:val="000000"/>
          <w:sz w:val="19"/>
        </w:rPr>
        <w:t xml:space="preserve">E ASK THAT EVERY CANDIDATE HANDWRITE A BRIEF </w:t>
      </w:r>
      <w:r>
        <w:rPr>
          <w:rFonts w:ascii="TimesNewRomanPS" w:hAnsi="TimesNewRomanPS" w:eastAsia="TimesNewRomanPS"/>
          <w:b/>
          <w:i w:val="0"/>
          <w:color w:val="000000"/>
          <w:sz w:val="19"/>
        </w:rPr>
        <w:t>RESPONSE TO THIS QUESTION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: </w:t>
      </w:r>
    </w:p>
    <w:p>
      <w:pPr>
        <w:widowControl/>
        <w:autoSpaceDE w:val="0"/>
        <w:autoSpaceDN w:val="0"/>
        <w:spacing w:line="266" w:lineRule="exact" w:before="286" w:after="0"/>
        <w:ind w:left="0" w:right="0" w:firstLine="0"/>
        <w:jc w:val="left"/>
      </w:pPr>
      <w:r>
        <w:rPr>
          <w:rFonts w:ascii="TimesNewRomanPS" w:hAnsi="TimesNewRomanPS" w:eastAsia="TimesNewRomanPS"/>
          <w:b/>
          <w:i w:val="0"/>
          <w:color w:val="000000"/>
          <w:sz w:val="24"/>
          <w:u w:val="single"/>
        </w:rPr>
        <w:t>W</w:t>
      </w:r>
      <w:r>
        <w:rPr>
          <w:rFonts w:ascii="TimesNewRomanPS" w:hAnsi="TimesNewRomanPS" w:eastAsia="TimesNewRomanPS"/>
          <w:b/>
          <w:i w:val="0"/>
          <w:color w:val="000000"/>
          <w:sz w:val="19"/>
          <w:u w:val="single"/>
        </w:rPr>
        <w:t>HY ARE YOU CONSIDERING LEAVING YOUR CURRENT POSITION</w:t>
      </w:r>
      <w:r>
        <w:rPr>
          <w:rFonts w:ascii="TimesNewRomanPS" w:hAnsi="TimesNewRomanPS" w:eastAsia="TimesNewRomanPS"/>
          <w:b/>
          <w:i w:val="0"/>
          <w:color w:val="000000"/>
          <w:sz w:val="24"/>
          <w:u w:val="single"/>
        </w:rPr>
        <w:t>?</w:t>
      </w:r>
      <w:r>
        <w:rPr>
          <w:rFonts w:ascii="TimesNewRomanPS" w:hAnsi="TimesNewRomanPS" w:eastAsia="TimesNewRomanPS"/>
          <w:b/>
          <w:i w:val="0"/>
          <w:color w:val="000000"/>
          <w:sz w:val="24"/>
        </w:rPr>
        <w:t xml:space="preserve"> </w:t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720" w:right="1366" w:bottom="1440" w:left="1008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74"/>
      <w:gridCol w:w="2237"/>
      <w:gridCol w:w="4474"/>
    </w:tblGrid>
    <w:tr>
      <w:tc>
        <w:tcPr>
          <w:tcW w:type="dxa" w:w="447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37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7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364"/>
      <w:gridCol w:w="2182"/>
      <w:gridCol w:w="4364"/>
    </w:tblGrid>
    <w:tr>
      <w:tc>
        <w:tcPr>
          <w:tcW w:type="dxa" w:w="436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8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36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371"/>
      <w:gridCol w:w="2186"/>
      <w:gridCol w:w="4371"/>
    </w:tblGrid>
    <w:tr>
      <w:tc>
        <w:tcPr>
          <w:tcW w:type="dxa" w:w="4371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8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371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370"/>
      <w:gridCol w:w="2185"/>
      <w:gridCol w:w="4370"/>
    </w:tblGrid>
    <w:tr>
      <w:tc>
        <w:tcPr>
          <w:tcW w:type="dxa" w:w="437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8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37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46"/>
      <w:gridCol w:w="1973"/>
      <w:gridCol w:w="3946"/>
    </w:tblGrid>
    <w:tr>
      <w:tc>
        <w:tcPr>
          <w:tcW w:type="dxa" w:w="3946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73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46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14"/>
      <w:gridCol w:w="7270"/>
    </w:tblGrid>
    <w:tr>
      <w:tc>
        <w:tcPr>
          <w:tcW w:type="dxa" w:w="391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270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18"/>
      <w:gridCol w:w="7092"/>
    </w:tblGrid>
    <w:tr>
      <w:tc>
        <w:tcPr>
          <w:tcW w:type="dxa" w:w="381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9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25"/>
      <w:gridCol w:w="7103"/>
    </w:tblGrid>
    <w:tr>
      <w:tc>
        <w:tcPr>
          <w:tcW w:type="dxa" w:w="3825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0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23"/>
      <w:gridCol w:w="7101"/>
    </w:tblGrid>
    <w:tr>
      <w:tc>
        <w:tcPr>
          <w:tcW w:type="dxa" w:w="382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01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53"/>
      <w:gridCol w:w="6413"/>
    </w:tblGrid>
    <w:tr>
      <w:tc>
        <w:tcPr>
          <w:tcW w:type="dxa" w:w="345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1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image" Target="media/image1.png"/><Relationship Id="rId20" Type="http://schemas.openxmlformats.org/officeDocument/2006/relationships/header" Target="header6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