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76"/>
        <w:gridCol w:w="6084"/>
      </w:tblGrid>
      <w:tr>
        <w:tc>
          <w:tcPr>
            <w:tcW w:type="dxa" w:w="3276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316"/>
        <w:ind w:left="0" w:right="0"/>
      </w:pPr>
    </w:p>
    <w:p>
      <w:pPr>
        <w:widowControl/>
        <w:autoSpaceDE w:val="0"/>
        <w:autoSpaceDN w:val="0"/>
        <w:spacing w:line="245" w:lineRule="auto" w:before="0" w:after="0"/>
        <w:ind w:left="2880" w:right="2880" w:firstLine="0"/>
        <w:jc w:val="center"/>
      </w:pPr>
      <w:r>
        <w:rPr>
          <w:rFonts w:ascii="Arial Narrow" w:hAnsi="Arial Narrow" w:eastAsia="Arial Narrow"/>
          <w:b w:val="0"/>
          <w:i w:val="0"/>
          <w:color w:val="000000"/>
          <w:sz w:val="24"/>
          <w:u w:val="single"/>
        </w:rPr>
        <w:t>YOUR COMPANY NAME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Provider of Healthcare Personnel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Your Address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Your Phone number and email address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www.companywebsite.com </w:t>
      </w:r>
    </w:p>
    <w:p>
      <w:pPr>
        <w:widowControl/>
        <w:autoSpaceDE w:val="0"/>
        <w:autoSpaceDN w:val="0"/>
        <w:spacing w:line="415" w:lineRule="auto" w:before="544" w:after="0"/>
        <w:ind w:left="360" w:right="3024" w:firstLine="2850"/>
        <w:jc w:val="left"/>
      </w:pPr>
      <w:r>
        <w:rPr>
          <w:rFonts w:ascii="Arial Narrow" w:hAnsi="Arial Narrow" w:eastAsia="Arial Narrow"/>
          <w:b/>
          <w:i w:val="0"/>
          <w:color w:val="000000"/>
          <w:sz w:val="24"/>
        </w:rPr>
        <w:t xml:space="preserve">VERIFICATION OF EDUCATION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Date: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To: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Re: </w:t>
      </w:r>
    </w:p>
    <w:p>
      <w:pPr>
        <w:widowControl/>
        <w:autoSpaceDE w:val="0"/>
        <w:autoSpaceDN w:val="0"/>
        <w:spacing w:line="317" w:lineRule="auto" w:before="540" w:after="0"/>
        <w:ind w:left="360" w:right="288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The above individual has applied to our organization for employment. According to the information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in the employment application, this individual has attended your school.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Would you please verify the above by completing the following information: </w:t>
      </w:r>
    </w:p>
    <w:p>
      <w:pPr>
        <w:widowControl/>
        <w:autoSpaceDE w:val="0"/>
        <w:autoSpaceDN w:val="0"/>
        <w:spacing w:line="434" w:lineRule="auto" w:before="540" w:after="0"/>
        <w:ind w:left="360" w:right="4464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Dates Attended:___________________________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Still Attending? ___________________________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Degree/Diploma Earned: ____________________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Grade Point Average:_______________________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Honors or Commendations: __________________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Other Comments: </w:t>
      </w:r>
    </w:p>
    <w:p>
      <w:pPr>
        <w:widowControl/>
        <w:autoSpaceDE w:val="0"/>
        <w:autoSpaceDN w:val="0"/>
        <w:spacing w:line="245" w:lineRule="auto" w:before="1086" w:after="0"/>
        <w:ind w:left="360" w:right="1152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Your cooperation in completing and returning this in the self-enclosed envelope is greatly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appreciated. </w:t>
      </w:r>
    </w:p>
    <w:p>
      <w:pPr>
        <w:widowControl/>
        <w:autoSpaceDE w:val="0"/>
        <w:autoSpaceDN w:val="0"/>
        <w:spacing w:line="238" w:lineRule="auto" w:before="812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Very truly yours, </w:t>
      </w:r>
    </w:p>
    <w:p>
      <w:pPr>
        <w:widowControl/>
        <w:autoSpaceDE w:val="0"/>
        <w:autoSpaceDN w:val="0"/>
        <w:spacing w:line="240" w:lineRule="auto" w:before="538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___________________________________ </w:t>
      </w:r>
    </w:p>
    <w:sectPr w:rsidR="00FC693F" w:rsidRPr="0006063C" w:rsidSect="00034616">
      <w:headerReference w:type="default" r:id="rId9"/>
      <w:headerReference w:type="first" r:id="rId12"/>
      <w:footerReference w:type="default" r:id="rId10"/>
      <w:pgSz w:w="12240" w:h="15840"/>
      <w:pgMar w:top="1720" w:right="1440" w:bottom="1440" w:left="1440" w:header="620" w:footer="560" w:gutter="0"/>
      <w:cols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