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496"/>
        <w:ind w:left="0" w:right="0"/>
      </w:pPr>
    </w:p>
    <w:p>
      <w:pPr>
        <w:widowControl/>
        <w:autoSpaceDE w:val="0"/>
        <w:autoSpaceDN w:val="0"/>
        <w:spacing w:line="240" w:lineRule="auto" w:before="0" w:after="0"/>
        <w:ind w:left="0" w:right="0" w:firstLine="0"/>
        <w:jc w:val="center"/>
      </w:pPr>
      <w:r>
        <w:rPr>
          <w:rFonts w:ascii="Arial Narrow" w:hAnsi="Arial Narrow" w:eastAsia="Arial Narrow"/>
          <w:b/>
          <w:i w:val="0"/>
          <w:color w:val="000000"/>
          <w:sz w:val="28"/>
        </w:rPr>
        <w:t xml:space="preserve">VERIFICATION OF LICENSURE </w:t>
      </w:r>
    </w:p>
    <w:p>
      <w:pPr>
        <w:widowControl/>
        <w:autoSpaceDE w:val="0"/>
        <w:autoSpaceDN w:val="0"/>
        <w:spacing w:line="427" w:lineRule="auto" w:before="316" w:after="0"/>
        <w:ind w:left="360" w:right="1008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Date: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To: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Please be advised that as a condition of my employment with ,______________________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I hereby authorize release of information relative to the status of my license or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registration as a _______________________within the state of __________________. </w:t>
      </w:r>
    </w:p>
    <w:p>
      <w:pPr>
        <w:widowControl/>
        <w:autoSpaceDE w:val="0"/>
        <w:autoSpaceDN w:val="0"/>
        <w:spacing w:line="379" w:lineRule="auto" w:before="268" w:after="0"/>
        <w:ind w:left="360" w:right="3312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Please certify below and return to: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Firm ______________________________________________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Attn: ______________________________________________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Thank you. </w:t>
      </w:r>
    </w:p>
    <w:p>
      <w:pPr>
        <w:widowControl/>
        <w:autoSpaceDE w:val="0"/>
        <w:autoSpaceDN w:val="0"/>
        <w:spacing w:line="245" w:lineRule="auto" w:before="812" w:after="0"/>
        <w:ind w:left="360" w:right="576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_____________________________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CERTIFICATION </w:t>
      </w:r>
    </w:p>
    <w:p>
      <w:pPr>
        <w:widowControl/>
        <w:autoSpaceDE w:val="0"/>
        <w:autoSpaceDN w:val="0"/>
        <w:spacing w:line="396" w:lineRule="auto" w:before="542" w:after="0"/>
        <w:ind w:left="360" w:right="1296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This will certify that the above, ___________________ , is duly licensed in the State of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_______________________as a _______________________, and said license, or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registration is in good standing with no disciplinary or revocation proceedings pending. </w:t>
      </w:r>
    </w:p>
    <w:p>
      <w:pPr>
        <w:widowControl/>
        <w:autoSpaceDE w:val="0"/>
        <w:autoSpaceDN w:val="0"/>
        <w:spacing w:line="240" w:lineRule="auto" w:before="1086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Dated:_______________________ </w:t>
      </w:r>
    </w:p>
    <w:p>
      <w:pPr>
        <w:widowControl/>
        <w:autoSpaceDE w:val="0"/>
        <w:autoSpaceDN w:val="0"/>
        <w:spacing w:line="245" w:lineRule="auto" w:before="1354" w:after="0"/>
        <w:ind w:left="360" w:right="576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_____________________________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Certifying Official </w:t>
      </w:r>
    </w:p>
    <w:p>
      <w:pPr>
        <w:widowControl/>
        <w:autoSpaceDE w:val="0"/>
        <w:autoSpaceDN w:val="0"/>
        <w:spacing w:line="266" w:lineRule="exact" w:before="638" w:after="0"/>
        <w:ind w:left="0" w:right="298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VERIFICATION OF LICENSURE </w:t>
      </w:r>
    </w:p>
    <w:p>
      <w:pPr>
        <w:sectPr>
          <w:headerReference w:type="default" r:id="rId9"/>
          <w:headerReference w:type="first" r:id="rId14"/>
          <w:footerReference w:type="default" r:id="rId10"/>
          <w:pgSz w:w="12240" w:h="15840"/>
          <w:pgMar w:top="1720" w:right="1440" w:bottom="1440" w:left="14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12468"/>
        <w:ind w:left="0" w:right="0"/>
      </w:pPr>
    </w:p>
    <w:p>
      <w:pPr>
        <w:widowControl/>
        <w:autoSpaceDE w:val="0"/>
        <w:autoSpaceDN w:val="0"/>
        <w:spacing w:line="266" w:lineRule="exact" w:before="0" w:after="0"/>
        <w:ind w:left="0" w:right="298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VERIFICATION OF LICENSURE </w:t>
      </w:r>
    </w:p>
    <w:sectPr w:rsidR="00FC693F" w:rsidRPr="0006063C" w:rsidSect="00034616">
      <w:headerReference w:type="default" r:id="rId11"/>
      <w:footerReference w:type="default" r:id="rId12"/>
      <w:pgSz w:w="12240" w:h="15840"/>
      <w:pgMar w:top="1720" w:right="1440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